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B3471" w14:textId="77777777" w:rsidR="00257910" w:rsidRDefault="00257910" w:rsidP="00257910">
      <w:pPr>
        <w:jc w:val="center"/>
      </w:pPr>
      <w:r>
        <w:rPr>
          <w:rFonts w:ascii="Calibri" w:hAnsi="Calibri"/>
          <w:b/>
          <w:color w:val="002060"/>
          <w:sz w:val="32"/>
        </w:rPr>
        <w:t xml:space="preserve">Kanser </w:t>
      </w:r>
      <w:proofErr w:type="spellStart"/>
      <w:r>
        <w:rPr>
          <w:rFonts w:ascii="Calibri" w:hAnsi="Calibri"/>
          <w:b/>
          <w:color w:val="002060"/>
          <w:sz w:val="32"/>
        </w:rPr>
        <w:t>Hastaları</w:t>
      </w:r>
      <w:proofErr w:type="spellEnd"/>
      <w:r>
        <w:rPr>
          <w:rFonts w:ascii="Calibri" w:hAnsi="Calibri"/>
          <w:b/>
          <w:color w:val="002060"/>
          <w:sz w:val="32"/>
        </w:rPr>
        <w:t xml:space="preserve"> İçin </w:t>
      </w:r>
      <w:proofErr w:type="spellStart"/>
      <w:r>
        <w:rPr>
          <w:rFonts w:ascii="Calibri" w:hAnsi="Calibri"/>
          <w:b/>
          <w:color w:val="002060"/>
          <w:sz w:val="32"/>
        </w:rPr>
        <w:t>Sosyal</w:t>
      </w:r>
      <w:proofErr w:type="spellEnd"/>
      <w:r>
        <w:rPr>
          <w:rFonts w:ascii="Calibri" w:hAnsi="Calibri"/>
          <w:b/>
          <w:color w:val="002060"/>
          <w:sz w:val="32"/>
        </w:rPr>
        <w:t xml:space="preserve"> </w:t>
      </w:r>
      <w:proofErr w:type="spellStart"/>
      <w:r>
        <w:rPr>
          <w:rFonts w:ascii="Calibri" w:hAnsi="Calibri"/>
          <w:b/>
          <w:color w:val="002060"/>
          <w:sz w:val="32"/>
        </w:rPr>
        <w:t>İlişkilerle</w:t>
      </w:r>
      <w:proofErr w:type="spellEnd"/>
      <w:r>
        <w:rPr>
          <w:rFonts w:ascii="Calibri" w:hAnsi="Calibri"/>
          <w:b/>
          <w:color w:val="002060"/>
          <w:sz w:val="32"/>
        </w:rPr>
        <w:t xml:space="preserve"> Baş </w:t>
      </w:r>
      <w:proofErr w:type="spellStart"/>
      <w:r>
        <w:rPr>
          <w:rFonts w:ascii="Calibri" w:hAnsi="Calibri"/>
          <w:b/>
          <w:color w:val="002060"/>
          <w:sz w:val="32"/>
        </w:rPr>
        <w:t>Etme</w:t>
      </w:r>
      <w:proofErr w:type="spellEnd"/>
      <w:r>
        <w:rPr>
          <w:rFonts w:ascii="Calibri" w:hAnsi="Calibri"/>
          <w:b/>
          <w:color w:val="002060"/>
          <w:sz w:val="32"/>
        </w:rPr>
        <w:t xml:space="preserve"> </w:t>
      </w:r>
      <w:proofErr w:type="spellStart"/>
      <w:r>
        <w:rPr>
          <w:rFonts w:ascii="Calibri" w:hAnsi="Calibri"/>
          <w:b/>
          <w:color w:val="002060"/>
          <w:sz w:val="32"/>
        </w:rPr>
        <w:t>Yeterliliği</w:t>
      </w:r>
      <w:proofErr w:type="spellEnd"/>
      <w:r>
        <w:rPr>
          <w:rFonts w:ascii="Calibri" w:hAnsi="Calibri"/>
          <w:b/>
          <w:color w:val="002060"/>
          <w:sz w:val="32"/>
        </w:rPr>
        <w:t xml:space="preserve"> </w:t>
      </w:r>
      <w:proofErr w:type="spellStart"/>
      <w:r>
        <w:rPr>
          <w:rFonts w:ascii="Calibri" w:hAnsi="Calibri"/>
          <w:b/>
          <w:color w:val="002060"/>
          <w:sz w:val="32"/>
        </w:rPr>
        <w:t>Ölçeği</w:t>
      </w:r>
      <w:proofErr w:type="spellEnd"/>
      <w:r>
        <w:rPr>
          <w:rFonts w:ascii="Calibri" w:hAnsi="Calibri"/>
          <w:b/>
          <w:color w:val="002060"/>
          <w:sz w:val="32"/>
        </w:rPr>
        <w:t xml:space="preserve"> (SRCE-TR)</w:t>
      </w:r>
    </w:p>
    <w:p w14:paraId="0FC911C4" w14:textId="7D4A4556" w:rsidR="00257910" w:rsidRDefault="00257910" w:rsidP="0044538C">
      <w:pPr>
        <w:spacing w:after="80" w:line="360" w:lineRule="auto"/>
        <w:ind w:left="1134" w:right="1221"/>
        <w:jc w:val="both"/>
      </w:pPr>
      <w:proofErr w:type="spellStart"/>
      <w:r w:rsidRPr="00257910">
        <w:t>Aşağıdaki</w:t>
      </w:r>
      <w:proofErr w:type="spellEnd"/>
      <w:r w:rsidRPr="00257910">
        <w:t xml:space="preserve"> </w:t>
      </w:r>
      <w:proofErr w:type="spellStart"/>
      <w:r w:rsidRPr="00257910">
        <w:t>cümleler</w:t>
      </w:r>
      <w:proofErr w:type="spellEnd"/>
      <w:r w:rsidRPr="00257910">
        <w:t xml:space="preserve"> </w:t>
      </w:r>
      <w:proofErr w:type="spellStart"/>
      <w:r w:rsidRPr="00257910">
        <w:t>kanser</w:t>
      </w:r>
      <w:proofErr w:type="spellEnd"/>
      <w:r w:rsidRPr="00257910">
        <w:t xml:space="preserve"> </w:t>
      </w:r>
      <w:proofErr w:type="spellStart"/>
      <w:r w:rsidRPr="00257910">
        <w:t>tanısı</w:t>
      </w:r>
      <w:proofErr w:type="spellEnd"/>
      <w:r w:rsidRPr="00257910">
        <w:t xml:space="preserve"> </w:t>
      </w:r>
      <w:proofErr w:type="spellStart"/>
      <w:r w:rsidRPr="00257910">
        <w:t>almış</w:t>
      </w:r>
      <w:proofErr w:type="spellEnd"/>
      <w:r w:rsidRPr="00257910">
        <w:t xml:space="preserve"> </w:t>
      </w:r>
      <w:proofErr w:type="spellStart"/>
      <w:r w:rsidRPr="00257910">
        <w:t>bireylerin</w:t>
      </w:r>
      <w:proofErr w:type="spellEnd"/>
      <w:r w:rsidRPr="00257910">
        <w:t xml:space="preserve"> </w:t>
      </w:r>
      <w:proofErr w:type="spellStart"/>
      <w:r w:rsidRPr="00257910">
        <w:t>sosyal</w:t>
      </w:r>
      <w:proofErr w:type="spellEnd"/>
      <w:r w:rsidRPr="00257910">
        <w:t xml:space="preserve"> </w:t>
      </w:r>
      <w:proofErr w:type="spellStart"/>
      <w:r w:rsidRPr="00257910">
        <w:t>ilişkilerdeki</w:t>
      </w:r>
      <w:proofErr w:type="spellEnd"/>
      <w:r w:rsidRPr="00257910">
        <w:t xml:space="preserve"> </w:t>
      </w:r>
      <w:proofErr w:type="spellStart"/>
      <w:r w:rsidRPr="00257910">
        <w:t>baş</w:t>
      </w:r>
      <w:proofErr w:type="spellEnd"/>
      <w:r w:rsidRPr="00257910">
        <w:t xml:space="preserve"> </w:t>
      </w:r>
      <w:proofErr w:type="spellStart"/>
      <w:r w:rsidRPr="00257910">
        <w:t>etme</w:t>
      </w:r>
      <w:proofErr w:type="spellEnd"/>
      <w:r w:rsidRPr="00257910">
        <w:t xml:space="preserve"> </w:t>
      </w:r>
      <w:proofErr w:type="spellStart"/>
      <w:r w:rsidRPr="00257910">
        <w:t>yeterliliklerini</w:t>
      </w:r>
      <w:proofErr w:type="spellEnd"/>
      <w:r w:rsidRPr="00257910">
        <w:t xml:space="preserve"> </w:t>
      </w:r>
      <w:proofErr w:type="spellStart"/>
      <w:r w:rsidRPr="00257910">
        <w:t>değerlendirmek</w:t>
      </w:r>
      <w:proofErr w:type="spellEnd"/>
      <w:r w:rsidRPr="00257910">
        <w:t xml:space="preserve"> </w:t>
      </w:r>
      <w:proofErr w:type="spellStart"/>
      <w:r w:rsidRPr="00257910">
        <w:t>amacıyla</w:t>
      </w:r>
      <w:proofErr w:type="spellEnd"/>
      <w:r w:rsidRPr="00257910">
        <w:t xml:space="preserve"> </w:t>
      </w:r>
      <w:proofErr w:type="spellStart"/>
      <w:r w:rsidRPr="00257910">
        <w:t>hazırlanmıştır</w:t>
      </w:r>
      <w:proofErr w:type="spellEnd"/>
      <w:r w:rsidRPr="00257910">
        <w:t xml:space="preserve">. </w:t>
      </w:r>
      <w:proofErr w:type="spellStart"/>
      <w:r w:rsidRPr="00257910">
        <w:t>Lütfen</w:t>
      </w:r>
      <w:proofErr w:type="spellEnd"/>
      <w:r w:rsidRPr="00257910">
        <w:t xml:space="preserve"> her </w:t>
      </w:r>
      <w:proofErr w:type="spellStart"/>
      <w:r w:rsidRPr="00257910">
        <w:t>bir</w:t>
      </w:r>
      <w:proofErr w:type="spellEnd"/>
      <w:r w:rsidRPr="00257910">
        <w:t xml:space="preserve"> </w:t>
      </w:r>
      <w:proofErr w:type="spellStart"/>
      <w:r w:rsidRPr="00257910">
        <w:t>maddeyi</w:t>
      </w:r>
      <w:proofErr w:type="spellEnd"/>
      <w:r w:rsidRPr="00257910">
        <w:t xml:space="preserve"> </w:t>
      </w:r>
      <w:proofErr w:type="spellStart"/>
      <w:r w:rsidRPr="00257910">
        <w:t>dikkatlice</w:t>
      </w:r>
      <w:proofErr w:type="spellEnd"/>
      <w:r w:rsidRPr="00257910">
        <w:t xml:space="preserve"> </w:t>
      </w:r>
      <w:proofErr w:type="spellStart"/>
      <w:r w:rsidRPr="00257910">
        <w:t>okuyunuz</w:t>
      </w:r>
      <w:proofErr w:type="spellEnd"/>
      <w:r w:rsidRPr="00257910">
        <w:t xml:space="preserve"> </w:t>
      </w:r>
      <w:proofErr w:type="spellStart"/>
      <w:r w:rsidRPr="00257910">
        <w:t>ve</w:t>
      </w:r>
      <w:proofErr w:type="spellEnd"/>
      <w:r w:rsidRPr="00257910">
        <w:t xml:space="preserve"> size </w:t>
      </w:r>
      <w:proofErr w:type="spellStart"/>
      <w:r w:rsidRPr="00257910">
        <w:t>en</w:t>
      </w:r>
      <w:proofErr w:type="spellEnd"/>
      <w:r w:rsidRPr="00257910">
        <w:t xml:space="preserve"> </w:t>
      </w:r>
      <w:proofErr w:type="spellStart"/>
      <w:r w:rsidRPr="00257910">
        <w:t>uygun</w:t>
      </w:r>
      <w:proofErr w:type="spellEnd"/>
      <w:r w:rsidRPr="00257910">
        <w:t xml:space="preserve"> </w:t>
      </w:r>
      <w:proofErr w:type="spellStart"/>
      <w:r w:rsidRPr="00257910">
        <w:t>olan</w:t>
      </w:r>
      <w:proofErr w:type="spellEnd"/>
      <w:r w:rsidRPr="00257910">
        <w:t xml:space="preserve"> </w:t>
      </w:r>
      <w:proofErr w:type="spellStart"/>
      <w:r w:rsidRPr="00257910">
        <w:t>seçeneği</w:t>
      </w:r>
      <w:proofErr w:type="spellEnd"/>
      <w:r w:rsidRPr="00257910">
        <w:t xml:space="preserve"> </w:t>
      </w:r>
      <w:proofErr w:type="spellStart"/>
      <w:r w:rsidRPr="00257910">
        <w:t>işaretleyiniz</w:t>
      </w:r>
      <w:proofErr w:type="spellEnd"/>
      <w:r w:rsidRPr="00257910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6838"/>
        <w:gridCol w:w="476"/>
        <w:gridCol w:w="476"/>
        <w:gridCol w:w="476"/>
        <w:gridCol w:w="476"/>
        <w:gridCol w:w="476"/>
        <w:gridCol w:w="476"/>
        <w:gridCol w:w="476"/>
        <w:gridCol w:w="476"/>
        <w:gridCol w:w="836"/>
      </w:tblGrid>
      <w:tr w:rsidR="006E75D7" w:rsidRPr="00257910" w14:paraId="22A3B88C" w14:textId="77777777" w:rsidTr="00257910">
        <w:trPr>
          <w:trHeight w:val="1725"/>
          <w:jc w:val="center"/>
        </w:trPr>
        <w:tc>
          <w:tcPr>
            <w:tcW w:w="971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32815B4B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8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279809D7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0EBE3C6C" w14:textId="3148125E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9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5791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257910">
              <w:rPr>
                <w:rFonts w:ascii="Times New Roman" w:hAnsi="Times New Roman" w:cs="Times New Roman"/>
                <w:sz w:val="18"/>
                <w:szCs w:val="18"/>
              </w:rPr>
              <w:t>Hiç</w:t>
            </w:r>
            <w:proofErr w:type="spellEnd"/>
            <w:r w:rsidRPr="002579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18"/>
                <w:szCs w:val="18"/>
              </w:rPr>
              <w:t>Katılmıyorum</w:t>
            </w:r>
            <w:proofErr w:type="spellEnd"/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3320C15E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0AA70D97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45C1168C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1B8AD7A5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387FA62A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14166F34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3BB4DE7B" w14:textId="77777777" w:rsidR="006E75D7" w:rsidRPr="00257910" w:rsidRDefault="006E75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24C7DE31" w14:textId="453F87C3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91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25791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257910">
              <w:rPr>
                <w:rFonts w:ascii="Times New Roman" w:hAnsi="Times New Roman" w:cs="Times New Roman"/>
                <w:sz w:val="18"/>
                <w:szCs w:val="18"/>
              </w:rPr>
              <w:t>Tamamen</w:t>
            </w:r>
            <w:proofErr w:type="spellEnd"/>
            <w:r w:rsidRPr="002579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18"/>
                <w:szCs w:val="18"/>
              </w:rPr>
              <w:t>Katılıyorum</w:t>
            </w:r>
            <w:proofErr w:type="spellEnd"/>
          </w:p>
        </w:tc>
      </w:tr>
      <w:tr w:rsidR="006E75D7" w:rsidRPr="00257910" w14:paraId="5CA1EAB9" w14:textId="77777777" w:rsidTr="00257910">
        <w:trPr>
          <w:trHeight w:val="392"/>
          <w:jc w:val="center"/>
        </w:trPr>
        <w:tc>
          <w:tcPr>
            <w:tcW w:w="971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EB95E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6838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E34803" w14:textId="77777777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İfadeler</w:t>
            </w:r>
            <w:proofErr w:type="spellEnd"/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Items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4E8DC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A2F53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A56570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1779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C4D583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3FC24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0D06C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7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C97966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36" w:type="dxa"/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4322F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6E75D7" w:rsidRPr="00257910" w14:paraId="0826AF0A" w14:textId="77777777" w:rsidTr="00257910">
        <w:trPr>
          <w:trHeight w:val="496"/>
          <w:jc w:val="center"/>
        </w:trPr>
        <w:tc>
          <w:tcPr>
            <w:tcW w:w="971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AB6987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38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A04F915" w14:textId="3B37E3C1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Yakın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ilişkilerimi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sürdürmek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için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elimden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geleni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yaparım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BD4764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0C9EE2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DC2847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A60C6E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DBABD6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00097B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1CA3BF3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66AB0A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6077BD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37AC869E" w14:textId="77777777" w:rsidTr="00257910">
        <w:trPr>
          <w:trHeight w:val="470"/>
          <w:jc w:val="center"/>
        </w:trPr>
        <w:tc>
          <w:tcPr>
            <w:tcW w:w="971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F15D47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38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385D904" w14:textId="47C9F434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Sosyal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ilişkilerimde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stresi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kontrol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altında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tutabilirim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0E32FD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6B02113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DF1D66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1BB1B0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2091E8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2E42CD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698A56C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90EE2F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B272468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434F21E1" w14:textId="77777777" w:rsidTr="00257910">
        <w:trPr>
          <w:trHeight w:val="496"/>
          <w:jc w:val="center"/>
        </w:trPr>
        <w:tc>
          <w:tcPr>
            <w:tcW w:w="971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0B5374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38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315D356" w14:textId="075E40F6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İhtiyacım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olduğunda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yardım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isterim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7598DE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1A5433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C10513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908D30C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29536F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169B59C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F68F763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8E78960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58DFDD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5613C56C" w14:textId="77777777" w:rsidTr="00257910">
        <w:trPr>
          <w:trHeight w:val="470"/>
          <w:jc w:val="center"/>
        </w:trPr>
        <w:tc>
          <w:tcPr>
            <w:tcW w:w="971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DD37E3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38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59EF1A1" w14:textId="7319FF4E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Sosyal ilişkide olduğum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kişilerden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duygusal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destek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isterim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DA896E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7B2584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FF1DB3D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C746A2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91966C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E89EAB8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BFE4E5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60F391D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10EF683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61E6E6C6" w14:textId="77777777" w:rsidTr="00257910">
        <w:trPr>
          <w:trHeight w:val="470"/>
          <w:jc w:val="center"/>
        </w:trPr>
        <w:tc>
          <w:tcPr>
            <w:tcW w:w="971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F89A52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38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E92096E" w14:textId="6E308EF3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Yakın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ilişkilerimde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stresle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başa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çıkarım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380C49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E03740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5881FC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237848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6E3550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A42CE2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FEBA6B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E68116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96F679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13E7DB31" w14:textId="77777777" w:rsidTr="00257910">
        <w:trPr>
          <w:trHeight w:val="784"/>
          <w:jc w:val="center"/>
        </w:trPr>
        <w:tc>
          <w:tcPr>
            <w:tcW w:w="971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230139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8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96D7E7F" w14:textId="3EBC364E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Aile üyelerinin teşhisimi kabul etmesine/anlamasına yardımcı olmak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için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elimden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geleni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yaparım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89AAFC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155E60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76706C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67C689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DC4862D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75C3DB8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8B89FB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DD45AE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6B0B3A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1F22BE1A" w14:textId="77777777" w:rsidTr="00257910">
        <w:trPr>
          <w:trHeight w:val="784"/>
          <w:jc w:val="center"/>
        </w:trPr>
        <w:tc>
          <w:tcPr>
            <w:tcW w:w="971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0D0A70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8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FA4117B" w14:textId="5E264B28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Arkadaşlarımın teşhisimi kabul etmesine/anlamasına yardımcı olmak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için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elimden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geleni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yaparım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43F6B08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FF9F97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3E3D88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6F71A93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0C3375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C2FF34D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695CF3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C3BC07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B5320E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26B75621" w14:textId="77777777" w:rsidTr="00257910">
        <w:trPr>
          <w:trHeight w:val="496"/>
          <w:jc w:val="center"/>
        </w:trPr>
        <w:tc>
          <w:tcPr>
            <w:tcW w:w="971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2E3A00C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38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17FB377" w14:textId="6E1EE3F2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Ailemin kanserin etkilerine uyum sağlamaları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için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çözüm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yolları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ararım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5B14C488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6C46940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8069FE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1315116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C008FA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C950C7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D0CB7B5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BF0593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E9C8C1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5F4977CB" w14:textId="77777777" w:rsidTr="00257910">
        <w:trPr>
          <w:trHeight w:val="470"/>
          <w:jc w:val="center"/>
        </w:trPr>
        <w:tc>
          <w:tcPr>
            <w:tcW w:w="971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26FE88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38" w:type="dxa"/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A39951B" w14:textId="42E30ADF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Kanserin sosyal ilişkilerime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olan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etkileriyle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başa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çıkabilirim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E1A20E0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B6BF2CA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74DF8D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254F1DB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733499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59A554F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CC7876B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0DA31E4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FFFFF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5CCDD10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  <w:tr w:rsidR="006E75D7" w:rsidRPr="00257910" w14:paraId="39D2F41D" w14:textId="77777777" w:rsidTr="00257910">
        <w:trPr>
          <w:trHeight w:val="470"/>
          <w:jc w:val="center"/>
        </w:trPr>
        <w:tc>
          <w:tcPr>
            <w:tcW w:w="971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0857D7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38" w:type="dxa"/>
            <w:shd w:val="clear" w:color="auto" w:fill="FAFAF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C2A1199" w14:textId="23EC5DF6" w:rsidR="006E75D7" w:rsidRPr="00257910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Bana en yakın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olan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insanlarla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anlaşmazlıkları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yönetebilirim</w:t>
            </w:r>
            <w:proofErr w:type="spellEnd"/>
            <w:r w:rsidRPr="0025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4F1E13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E5AC604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B6B4DA9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1E8F2DCE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75DCF067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37FFA4F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5677F66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47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4E8F61B1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  <w:tc>
          <w:tcPr>
            <w:tcW w:w="836" w:type="dxa"/>
            <w:shd w:val="clear" w:color="auto" w:fill="FAFAFA"/>
            <w:tcMar>
              <w:top w:w="30" w:type="dxa"/>
              <w:left w:w="10" w:type="dxa"/>
              <w:bottom w:w="30" w:type="dxa"/>
              <w:right w:w="10" w:type="dxa"/>
            </w:tcMar>
          </w:tcPr>
          <w:p w14:paraId="6DA3A3E2" w14:textId="77777777" w:rsidR="006E75D7" w:rsidRPr="00257910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910">
              <w:rPr>
                <w:rFonts w:ascii="Segoe UI Symbol" w:hAnsi="Segoe UI Symbol" w:cs="Segoe UI Symbol"/>
                <w:color w:val="A0A0A0"/>
                <w:sz w:val="28"/>
                <w:szCs w:val="28"/>
              </w:rPr>
              <w:t>☐</w:t>
            </w:r>
          </w:p>
        </w:tc>
      </w:tr>
    </w:tbl>
    <w:p w14:paraId="6CEBBC4C" w14:textId="77777777" w:rsidR="002A7D05" w:rsidRDefault="002A7D05"/>
    <w:sectPr w:rsidR="002A7D05" w:rsidSect="00C31981">
      <w:pgSz w:w="15840" w:h="12240" w:orient="landscape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7537514">
    <w:abstractNumId w:val="8"/>
  </w:num>
  <w:num w:numId="2" w16cid:durableId="84965441">
    <w:abstractNumId w:val="6"/>
  </w:num>
  <w:num w:numId="3" w16cid:durableId="815295822">
    <w:abstractNumId w:val="5"/>
  </w:num>
  <w:num w:numId="4" w16cid:durableId="50228584">
    <w:abstractNumId w:val="4"/>
  </w:num>
  <w:num w:numId="5" w16cid:durableId="1176503645">
    <w:abstractNumId w:val="7"/>
  </w:num>
  <w:num w:numId="6" w16cid:durableId="1231883322">
    <w:abstractNumId w:val="3"/>
  </w:num>
  <w:num w:numId="7" w16cid:durableId="2078816868">
    <w:abstractNumId w:val="2"/>
  </w:num>
  <w:num w:numId="8" w16cid:durableId="1920209894">
    <w:abstractNumId w:val="1"/>
  </w:num>
  <w:num w:numId="9" w16cid:durableId="86934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3FC6"/>
    <w:rsid w:val="0015074B"/>
    <w:rsid w:val="00257910"/>
    <w:rsid w:val="0029639D"/>
    <w:rsid w:val="002A7D05"/>
    <w:rsid w:val="00326F90"/>
    <w:rsid w:val="0044538C"/>
    <w:rsid w:val="006E75D7"/>
    <w:rsid w:val="00AA1D8D"/>
    <w:rsid w:val="00B47730"/>
    <w:rsid w:val="00BC71BC"/>
    <w:rsid w:val="00C3198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8507B"/>
  <w14:defaultImageDpi w14:val="300"/>
  <w15:docId w15:val="{339CCB8B-7219-47E3-8837-C77D79D3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hatice çakır</cp:lastModifiedBy>
  <cp:revision>2</cp:revision>
  <dcterms:created xsi:type="dcterms:W3CDTF">2013-12-23T23:15:00Z</dcterms:created>
  <dcterms:modified xsi:type="dcterms:W3CDTF">2026-10-04T01:15:00Z</dcterms:modified>
  <cp:category/>
</cp:coreProperties>
</file>