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E61B" w14:textId="77777777" w:rsidR="000C47EB" w:rsidRDefault="00000000">
      <w:pPr>
        <w:pStyle w:val="KonuBal"/>
        <w:keepNext/>
        <w:spacing w:after="40"/>
        <w:jc w:val="center"/>
      </w:pPr>
      <w:r>
        <w:rPr>
          <w:rFonts w:ascii="Arial" w:eastAsia="Arial" w:hAnsi="Arial"/>
          <w:b/>
          <w:color w:val="000000"/>
          <w:sz w:val="31"/>
        </w:rPr>
        <w:t>Ergenler İçin Kişilerarası İlişkiler Bağımlılık Ölçeği</w:t>
      </w:r>
    </w:p>
    <w:p w14:paraId="2A1E8EA0" w14:textId="77777777" w:rsidR="000C47EB" w:rsidRDefault="00000000">
      <w:pPr>
        <w:keepNext/>
        <w:spacing w:after="140"/>
        <w:jc w:val="center"/>
      </w:pPr>
      <w:r>
        <w:rPr>
          <w:rFonts w:eastAsia="Arial"/>
          <w:b/>
          <w:color w:val="404040"/>
          <w:sz w:val="21"/>
        </w:rPr>
        <w:t>Uygulama Formu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2448"/>
        <w:gridCol w:w="4176"/>
      </w:tblGrid>
      <w:tr w:rsidR="000C47EB" w14:paraId="6DAA4001" w14:textId="77777777">
        <w:trPr>
          <w:jc w:val="center"/>
        </w:trPr>
        <w:tc>
          <w:tcPr>
            <w:tcW w:w="4032" w:type="dxa"/>
            <w:tcMar>
              <w:top w:w="20" w:type="dxa"/>
              <w:left w:w="30" w:type="dxa"/>
              <w:bottom w:w="30" w:type="dxa"/>
              <w:right w:w="30" w:type="dxa"/>
            </w:tcMar>
          </w:tcPr>
          <w:p w14:paraId="71524A6B" w14:textId="77777777" w:rsidR="000C47EB" w:rsidRDefault="00000000">
            <w:r>
              <w:rPr>
                <w:rFonts w:eastAsia="Arial"/>
                <w:color w:val="000000"/>
              </w:rPr>
              <w:t>Katılımcı Kodu: __________________</w:t>
            </w:r>
          </w:p>
        </w:tc>
        <w:tc>
          <w:tcPr>
            <w:tcW w:w="2448" w:type="dxa"/>
            <w:tcMar>
              <w:top w:w="20" w:type="dxa"/>
              <w:left w:w="30" w:type="dxa"/>
              <w:bottom w:w="30" w:type="dxa"/>
              <w:right w:w="30" w:type="dxa"/>
            </w:tcMar>
          </w:tcPr>
          <w:p w14:paraId="7CFDD0D8" w14:textId="77777777" w:rsidR="000C47EB" w:rsidRDefault="00000000">
            <w:r>
              <w:rPr>
                <w:rFonts w:eastAsia="Arial"/>
                <w:color w:val="000000"/>
              </w:rPr>
              <w:t>Yaş: ______</w:t>
            </w:r>
          </w:p>
        </w:tc>
        <w:tc>
          <w:tcPr>
            <w:tcW w:w="4176" w:type="dxa"/>
            <w:tcMar>
              <w:top w:w="20" w:type="dxa"/>
              <w:left w:w="30" w:type="dxa"/>
              <w:bottom w:w="30" w:type="dxa"/>
              <w:right w:w="30" w:type="dxa"/>
            </w:tcMar>
          </w:tcPr>
          <w:p w14:paraId="3041F6EA" w14:textId="77777777" w:rsidR="000C47EB" w:rsidRDefault="00000000">
            <w:r>
              <w:rPr>
                <w:rFonts w:eastAsia="Arial"/>
                <w:color w:val="000000"/>
              </w:rPr>
              <w:t>Tarih: ____ / ____ / ______</w:t>
            </w:r>
          </w:p>
        </w:tc>
      </w:tr>
    </w:tbl>
    <w:p w14:paraId="37664DC4" w14:textId="77777777" w:rsidR="000C47EB" w:rsidRDefault="00000000">
      <w:pPr>
        <w:spacing w:before="100" w:after="80" w:line="252" w:lineRule="auto"/>
      </w:pPr>
      <w:r>
        <w:rPr>
          <w:rFonts w:eastAsia="Arial"/>
          <w:b/>
          <w:color w:val="000000"/>
        </w:rPr>
        <w:t xml:space="preserve">Yönerge: </w:t>
      </w:r>
      <w:r>
        <w:rPr>
          <w:rFonts w:eastAsia="Arial"/>
          <w:color w:val="000000"/>
        </w:rPr>
        <w:t>Aşağıdaki ifadelerin sizi ne ölçüde tanımladığını düşünerek her ifade için yalnızca bir seçeneği işaretleyiniz. Doğru ya da yanlış cevap yoktur; size en uygun seçeneği belirtiniz.</w:t>
      </w:r>
    </w:p>
    <w:p w14:paraId="6AC22527" w14:textId="77777777" w:rsidR="000C47EB" w:rsidRDefault="00000000">
      <w:pPr>
        <w:spacing w:after="120" w:line="252" w:lineRule="auto"/>
        <w:jc w:val="center"/>
      </w:pPr>
      <w:r>
        <w:rPr>
          <w:rFonts w:eastAsia="Arial"/>
          <w:b/>
          <w:color w:val="000000"/>
          <w:sz w:val="17"/>
        </w:rPr>
        <w:t xml:space="preserve">1 = </w:t>
      </w:r>
      <w:r>
        <w:rPr>
          <w:rFonts w:eastAsia="Arial"/>
          <w:color w:val="000000"/>
          <w:sz w:val="17"/>
        </w:rPr>
        <w:t xml:space="preserve">Kesinlikle katılmıyorum     </w:t>
      </w:r>
      <w:r>
        <w:rPr>
          <w:rFonts w:eastAsia="Arial"/>
          <w:b/>
          <w:color w:val="000000"/>
          <w:sz w:val="17"/>
        </w:rPr>
        <w:t xml:space="preserve">2 = </w:t>
      </w:r>
      <w:r>
        <w:rPr>
          <w:rFonts w:eastAsia="Arial"/>
          <w:color w:val="000000"/>
          <w:sz w:val="17"/>
        </w:rPr>
        <w:t xml:space="preserve">Katılmıyorum     </w:t>
      </w:r>
      <w:r>
        <w:rPr>
          <w:rFonts w:eastAsia="Arial"/>
          <w:b/>
          <w:color w:val="000000"/>
          <w:sz w:val="17"/>
        </w:rPr>
        <w:t xml:space="preserve">3 = </w:t>
      </w:r>
      <w:r>
        <w:rPr>
          <w:rFonts w:eastAsia="Arial"/>
          <w:color w:val="000000"/>
          <w:sz w:val="17"/>
        </w:rPr>
        <w:t xml:space="preserve">Kararsızım     </w:t>
      </w:r>
      <w:r>
        <w:rPr>
          <w:rFonts w:eastAsia="Arial"/>
          <w:b/>
          <w:color w:val="000000"/>
          <w:sz w:val="17"/>
        </w:rPr>
        <w:t xml:space="preserve">4 = </w:t>
      </w:r>
      <w:r>
        <w:rPr>
          <w:rFonts w:eastAsia="Arial"/>
          <w:color w:val="000000"/>
          <w:sz w:val="17"/>
        </w:rPr>
        <w:t xml:space="preserve">Katılıyorum     </w:t>
      </w:r>
      <w:r>
        <w:rPr>
          <w:rFonts w:eastAsia="Arial"/>
          <w:b/>
          <w:color w:val="000000"/>
          <w:sz w:val="17"/>
        </w:rPr>
        <w:t xml:space="preserve">5 = </w:t>
      </w:r>
      <w:r>
        <w:rPr>
          <w:rFonts w:eastAsia="Arial"/>
          <w:color w:val="000000"/>
          <w:sz w:val="17"/>
        </w:rPr>
        <w:t>Kesinlikle katılıyorum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6077"/>
        <w:gridCol w:w="806"/>
        <w:gridCol w:w="806"/>
        <w:gridCol w:w="806"/>
        <w:gridCol w:w="806"/>
        <w:gridCol w:w="806"/>
      </w:tblGrid>
      <w:tr w:rsidR="000C47EB" w14:paraId="48D10010" w14:textId="77777777">
        <w:trPr>
          <w:tblHeader/>
          <w:jc w:val="center"/>
        </w:trPr>
        <w:tc>
          <w:tcPr>
            <w:tcW w:w="547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1837EA" w14:textId="77777777" w:rsidR="000C47EB" w:rsidRDefault="00000000">
            <w:pPr>
              <w:jc w:val="center"/>
            </w:pPr>
            <w:r>
              <w:rPr>
                <w:rFonts w:eastAsia="Arial"/>
                <w:b/>
                <w:color w:val="000000"/>
              </w:rPr>
              <w:t>No</w:t>
            </w:r>
          </w:p>
        </w:tc>
        <w:tc>
          <w:tcPr>
            <w:tcW w:w="6077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25D150" w14:textId="77777777" w:rsidR="000C47EB" w:rsidRDefault="00000000">
            <w:r>
              <w:rPr>
                <w:rFonts w:eastAsia="Arial"/>
                <w:b/>
                <w:color w:val="000000"/>
              </w:rPr>
              <w:t>İfade</w:t>
            </w:r>
          </w:p>
        </w:tc>
        <w:tc>
          <w:tcPr>
            <w:tcW w:w="80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DBEAF1" w14:textId="77777777" w:rsidR="000C47EB" w:rsidRDefault="00000000">
            <w:pPr>
              <w:jc w:val="center"/>
            </w:pPr>
            <w:r>
              <w:rPr>
                <w:rFonts w:eastAsia="Arial"/>
                <w:b/>
                <w:color w:val="000000"/>
              </w:rPr>
              <w:t>1</w:t>
            </w:r>
          </w:p>
        </w:tc>
        <w:tc>
          <w:tcPr>
            <w:tcW w:w="80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D0E336" w14:textId="77777777" w:rsidR="000C47EB" w:rsidRDefault="00000000">
            <w:pPr>
              <w:jc w:val="center"/>
            </w:pPr>
            <w:r>
              <w:rPr>
                <w:rFonts w:eastAsia="Arial"/>
                <w:b/>
                <w:color w:val="000000"/>
              </w:rPr>
              <w:t>2</w:t>
            </w:r>
          </w:p>
        </w:tc>
        <w:tc>
          <w:tcPr>
            <w:tcW w:w="80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A96947" w14:textId="77777777" w:rsidR="000C47EB" w:rsidRDefault="00000000">
            <w:pPr>
              <w:jc w:val="center"/>
            </w:pPr>
            <w:r>
              <w:rPr>
                <w:rFonts w:eastAsia="Arial"/>
                <w:b/>
                <w:color w:val="000000"/>
              </w:rPr>
              <w:t>3</w:t>
            </w:r>
          </w:p>
        </w:tc>
        <w:tc>
          <w:tcPr>
            <w:tcW w:w="80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38C0C0" w14:textId="77777777" w:rsidR="000C47EB" w:rsidRDefault="00000000">
            <w:pPr>
              <w:jc w:val="center"/>
            </w:pPr>
            <w:r>
              <w:rPr>
                <w:rFonts w:eastAsia="Arial"/>
                <w:b/>
                <w:color w:val="000000"/>
              </w:rPr>
              <w:t>4</w:t>
            </w:r>
          </w:p>
        </w:tc>
        <w:tc>
          <w:tcPr>
            <w:tcW w:w="80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477E9C" w14:textId="77777777" w:rsidR="000C47EB" w:rsidRDefault="00000000">
            <w:pPr>
              <w:jc w:val="center"/>
            </w:pPr>
            <w:r>
              <w:rPr>
                <w:rFonts w:eastAsia="Arial"/>
                <w:b/>
                <w:color w:val="000000"/>
              </w:rPr>
              <w:t>5</w:t>
            </w:r>
          </w:p>
        </w:tc>
      </w:tr>
      <w:tr w:rsidR="000C47EB" w14:paraId="0A483C07" w14:textId="77777777">
        <w:trPr>
          <w:jc w:val="center"/>
        </w:trPr>
        <w:tc>
          <w:tcPr>
            <w:tcW w:w="54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4FC340A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1</w:t>
            </w:r>
          </w:p>
        </w:tc>
        <w:tc>
          <w:tcPr>
            <w:tcW w:w="607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2A652F63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Sorun çıkmasın diye genelde ben geri adım atarım.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6D7B4F2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C456270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2CDE10D8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E39041C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C5F979D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7997380B" w14:textId="77777777">
        <w:trPr>
          <w:jc w:val="center"/>
        </w:trPr>
        <w:tc>
          <w:tcPr>
            <w:tcW w:w="54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03391CB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2</w:t>
            </w:r>
          </w:p>
        </w:tc>
        <w:tc>
          <w:tcPr>
            <w:tcW w:w="607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256CC388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Başkalarını hep kendimden önde tutarım.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896076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EA5FF50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1406932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F10616D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27690A0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5E47DBD5" w14:textId="77777777">
        <w:trPr>
          <w:jc w:val="center"/>
        </w:trPr>
        <w:tc>
          <w:tcPr>
            <w:tcW w:w="54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394DE9BE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3</w:t>
            </w:r>
          </w:p>
        </w:tc>
        <w:tc>
          <w:tcPr>
            <w:tcW w:w="607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7D0CFFA7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Biriyle yakın olmak beni güçlü hissettirir.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76B89D8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237F572D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7400FD2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FABC727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C03F12C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2B37DB8A" w14:textId="77777777">
        <w:trPr>
          <w:jc w:val="center"/>
        </w:trPr>
        <w:tc>
          <w:tcPr>
            <w:tcW w:w="54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5C952B9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4</w:t>
            </w:r>
          </w:p>
        </w:tc>
        <w:tc>
          <w:tcPr>
            <w:tcW w:w="607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7773C9B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İyi hissetmek için başkalarının onayına ihtiyaç duyarım.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45CBF07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5195CA4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3903C50A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0AAD2B8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462BEA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7231F1E3" w14:textId="77777777">
        <w:trPr>
          <w:jc w:val="center"/>
        </w:trPr>
        <w:tc>
          <w:tcPr>
            <w:tcW w:w="54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8EE07B0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5</w:t>
            </w:r>
          </w:p>
        </w:tc>
        <w:tc>
          <w:tcPr>
            <w:tcW w:w="607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7EA9BA82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İnsanları mutlu etmek için istedikleri gibi davranırım.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06509AF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F314D2C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316A7F94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DAD2E80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7DDC74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2DB1B130" w14:textId="77777777">
        <w:trPr>
          <w:jc w:val="center"/>
        </w:trPr>
        <w:tc>
          <w:tcPr>
            <w:tcW w:w="54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119732D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6</w:t>
            </w:r>
          </w:p>
        </w:tc>
        <w:tc>
          <w:tcPr>
            <w:tcW w:w="607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864336E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Biriyle yakın olmak beni değerli hissettirir.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715D1A3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2B1834E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AB16D55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3BC4EA9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A22A21B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01351CD9" w14:textId="77777777">
        <w:trPr>
          <w:jc w:val="center"/>
        </w:trPr>
        <w:tc>
          <w:tcPr>
            <w:tcW w:w="54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4E74DF0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7</w:t>
            </w:r>
          </w:p>
        </w:tc>
        <w:tc>
          <w:tcPr>
            <w:tcW w:w="607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8A5BF51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Biriyle yakın olmak bana iyi gelir.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9A932B5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B0B310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763D8BF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C7EC1A6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5D7C1DD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0D44C252" w14:textId="77777777">
        <w:trPr>
          <w:jc w:val="center"/>
        </w:trPr>
        <w:tc>
          <w:tcPr>
            <w:tcW w:w="54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DA050F9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8</w:t>
            </w:r>
          </w:p>
        </w:tc>
        <w:tc>
          <w:tcPr>
            <w:tcW w:w="607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3A4F5DBD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Başkalarını mutlu etmek için istemediğim şeyleri yaparım.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1CBF5A7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89BC0E9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A44A227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60DA781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34DFEAF0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442AA0CD" w14:textId="77777777">
        <w:trPr>
          <w:jc w:val="center"/>
        </w:trPr>
        <w:tc>
          <w:tcPr>
            <w:tcW w:w="54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21DF820F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9</w:t>
            </w:r>
          </w:p>
        </w:tc>
        <w:tc>
          <w:tcPr>
            <w:tcW w:w="6077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168D2AC1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Başkalarının fikri daha önemli geldiği için hemen onlara uyarım.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0ADF585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CB0CD20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5BA2E59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290F18F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FFFFF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D8FE3FF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  <w:tr w:rsidR="000C47EB" w14:paraId="0439FCBE" w14:textId="77777777">
        <w:trPr>
          <w:jc w:val="center"/>
        </w:trPr>
        <w:tc>
          <w:tcPr>
            <w:tcW w:w="54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3267B95B" w14:textId="77777777" w:rsidR="000C47EB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000000"/>
              </w:rPr>
              <w:t>10</w:t>
            </w:r>
          </w:p>
        </w:tc>
        <w:tc>
          <w:tcPr>
            <w:tcW w:w="6077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503EAC94" w14:textId="77777777" w:rsidR="000C47EB" w:rsidRDefault="00000000">
            <w:pPr>
              <w:spacing w:line="240" w:lineRule="auto"/>
            </w:pPr>
            <w:r>
              <w:rPr>
                <w:rFonts w:eastAsia="Arial"/>
                <w:color w:val="000000"/>
                <w:sz w:val="20"/>
              </w:rPr>
              <w:t>İnsanlarla yakın olmak bana destek verir.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0F6F7F69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377AA39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0CA26B2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463B5A46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  <w:tc>
          <w:tcPr>
            <w:tcW w:w="806" w:type="dxa"/>
            <w:shd w:val="clear" w:color="auto" w:fill="F7F9FB"/>
            <w:tcMar>
              <w:top w:w="145" w:type="dxa"/>
              <w:left w:w="70" w:type="dxa"/>
              <w:bottom w:w="145" w:type="dxa"/>
              <w:right w:w="70" w:type="dxa"/>
            </w:tcMar>
            <w:vAlign w:val="center"/>
          </w:tcPr>
          <w:p w14:paraId="6E030093" w14:textId="77777777" w:rsidR="000C47EB" w:rsidRDefault="00000000">
            <w:pPr>
              <w:spacing w:line="240" w:lineRule="auto"/>
              <w:jc w:val="center"/>
            </w:pPr>
            <w:r>
              <w:rPr>
                <w:rFonts w:ascii="DejaVu Sans" w:eastAsia="DejaVu Sans" w:hAnsi="DejaVu Sans"/>
                <w:color w:val="000000"/>
                <w:sz w:val="26"/>
              </w:rPr>
              <w:t>☐</w:t>
            </w:r>
          </w:p>
        </w:tc>
      </w:tr>
    </w:tbl>
    <w:p w14:paraId="3FA1C9E2" w14:textId="190D6B21" w:rsidR="000C47EB" w:rsidRDefault="000C47EB">
      <w:pPr>
        <w:spacing w:before="100"/>
      </w:pPr>
    </w:p>
    <w:sectPr w:rsidR="000C47EB" w:rsidSect="00034616">
      <w:footerReference w:type="default" r:id="rId8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7416" w14:textId="77777777" w:rsidR="00A80D3A" w:rsidRDefault="00A80D3A">
      <w:pPr>
        <w:spacing w:line="240" w:lineRule="auto"/>
      </w:pPr>
      <w:r>
        <w:separator/>
      </w:r>
    </w:p>
  </w:endnote>
  <w:endnote w:type="continuationSeparator" w:id="0">
    <w:p w14:paraId="733322E6" w14:textId="77777777" w:rsidR="00A80D3A" w:rsidRDefault="00A80D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3B09" w14:textId="77777777" w:rsidR="000C47EB" w:rsidRDefault="00000000">
    <w:pPr>
      <w:pStyle w:val="AltBilgi"/>
      <w:jc w:val="center"/>
    </w:pPr>
    <w:proofErr w:type="spellStart"/>
    <w:r>
      <w:rPr>
        <w:rFonts w:eastAsia="Arial"/>
        <w:color w:val="737373"/>
        <w:sz w:val="16"/>
      </w:rPr>
      <w:t>Ergenler</w:t>
    </w:r>
    <w:proofErr w:type="spellEnd"/>
    <w:r>
      <w:rPr>
        <w:rFonts w:eastAsia="Arial"/>
        <w:color w:val="737373"/>
        <w:sz w:val="16"/>
      </w:rPr>
      <w:t xml:space="preserve"> İçin </w:t>
    </w:r>
    <w:proofErr w:type="spellStart"/>
    <w:r>
      <w:rPr>
        <w:rFonts w:eastAsia="Arial"/>
        <w:color w:val="737373"/>
        <w:sz w:val="16"/>
      </w:rPr>
      <w:t>Kişilerarası</w:t>
    </w:r>
    <w:proofErr w:type="spellEnd"/>
    <w:r>
      <w:rPr>
        <w:rFonts w:eastAsia="Arial"/>
        <w:color w:val="737373"/>
        <w:sz w:val="16"/>
      </w:rPr>
      <w:t xml:space="preserve"> </w:t>
    </w:r>
    <w:proofErr w:type="spellStart"/>
    <w:r>
      <w:rPr>
        <w:rFonts w:eastAsia="Arial"/>
        <w:color w:val="737373"/>
        <w:sz w:val="16"/>
      </w:rPr>
      <w:t>İlişkiler</w:t>
    </w:r>
    <w:proofErr w:type="spellEnd"/>
    <w:r>
      <w:rPr>
        <w:rFonts w:eastAsia="Arial"/>
        <w:color w:val="737373"/>
        <w:sz w:val="16"/>
      </w:rPr>
      <w:t xml:space="preserve"> </w:t>
    </w:r>
    <w:proofErr w:type="spellStart"/>
    <w:r>
      <w:rPr>
        <w:rFonts w:eastAsia="Arial"/>
        <w:color w:val="737373"/>
        <w:sz w:val="16"/>
      </w:rPr>
      <w:t>Bağımlılık</w:t>
    </w:r>
    <w:proofErr w:type="spellEnd"/>
    <w:r>
      <w:rPr>
        <w:rFonts w:eastAsia="Arial"/>
        <w:color w:val="737373"/>
        <w:sz w:val="16"/>
      </w:rPr>
      <w:t xml:space="preserve"> </w:t>
    </w:r>
    <w:proofErr w:type="spellStart"/>
    <w:r>
      <w:rPr>
        <w:rFonts w:eastAsia="Arial"/>
        <w:color w:val="737373"/>
        <w:sz w:val="16"/>
      </w:rPr>
      <w:t>Ölçeği</w:t>
    </w:r>
    <w:proofErr w:type="spellEnd"/>
    <w:r>
      <w:rPr>
        <w:rFonts w:eastAsia="Arial"/>
        <w:color w:val="737373"/>
        <w:sz w:val="16"/>
      </w:rPr>
      <w:t xml:space="preserve"> </w:t>
    </w:r>
    <w:proofErr w:type="spellStart"/>
    <w:r>
      <w:rPr>
        <w:rFonts w:eastAsia="Arial"/>
        <w:color w:val="737373"/>
        <w:sz w:val="16"/>
      </w:rPr>
      <w:t>Uygulama</w:t>
    </w:r>
    <w:proofErr w:type="spellEnd"/>
    <w:r>
      <w:rPr>
        <w:rFonts w:eastAsia="Arial"/>
        <w:color w:val="737373"/>
        <w:sz w:val="16"/>
      </w:rPr>
      <w:t xml:space="preserve"> </w:t>
    </w:r>
    <w:proofErr w:type="spellStart"/>
    <w:r>
      <w:rPr>
        <w:rFonts w:eastAsia="Arial"/>
        <w:color w:val="737373"/>
        <w:sz w:val="16"/>
      </w:rPr>
      <w:t>Formu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38882" w14:textId="77777777" w:rsidR="00A80D3A" w:rsidRDefault="00A80D3A">
      <w:pPr>
        <w:spacing w:line="240" w:lineRule="auto"/>
      </w:pPr>
      <w:r>
        <w:separator/>
      </w:r>
    </w:p>
  </w:footnote>
  <w:footnote w:type="continuationSeparator" w:id="0">
    <w:p w14:paraId="4C885BCC" w14:textId="77777777" w:rsidR="00A80D3A" w:rsidRDefault="00A80D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442924">
    <w:abstractNumId w:val="8"/>
  </w:num>
  <w:num w:numId="2" w16cid:durableId="2010521000">
    <w:abstractNumId w:val="6"/>
  </w:num>
  <w:num w:numId="3" w16cid:durableId="501312049">
    <w:abstractNumId w:val="5"/>
  </w:num>
  <w:num w:numId="4" w16cid:durableId="511994927">
    <w:abstractNumId w:val="4"/>
  </w:num>
  <w:num w:numId="5" w16cid:durableId="277875910">
    <w:abstractNumId w:val="7"/>
  </w:num>
  <w:num w:numId="6" w16cid:durableId="1280064727">
    <w:abstractNumId w:val="3"/>
  </w:num>
  <w:num w:numId="7" w16cid:durableId="2050177235">
    <w:abstractNumId w:val="2"/>
  </w:num>
  <w:num w:numId="8" w16cid:durableId="1180393158">
    <w:abstractNumId w:val="1"/>
  </w:num>
  <w:num w:numId="9" w16cid:durableId="635374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7EB"/>
    <w:rsid w:val="0015074B"/>
    <w:rsid w:val="0029639D"/>
    <w:rsid w:val="00326F90"/>
    <w:rsid w:val="00A80D3A"/>
    <w:rsid w:val="00AA1D8D"/>
    <w:rsid w:val="00B47730"/>
    <w:rsid w:val="00B86777"/>
    <w:rsid w:val="00CB0664"/>
    <w:rsid w:val="00ED01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3D571"/>
  <w14:defaultImageDpi w14:val="300"/>
  <w15:docId w15:val="{D4E9CBB9-00C6-439C-9C99-80F75475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Ergenler İçin Kişilerarası İlişkiler Bağımlılık Ölçeği Uygulama Formu</dc:title>
  <dc:subject>12–18 yaş ergenler için öz bildirim ölçeği uygulama formu</dc:subject>
  <dc:creator/>
  <cp:keywords>kişilerarası ilişkiler, bağımlılık, ergen, ölçek</cp:keywords>
  <dc:description>generated by python-docx</dc:description>
  <cp:lastModifiedBy>İlayda Kumral</cp:lastModifiedBy>
  <cp:revision>2</cp:revision>
  <dcterms:created xsi:type="dcterms:W3CDTF">2013-12-23T23:15:00Z</dcterms:created>
  <dcterms:modified xsi:type="dcterms:W3CDTF">2026-10-10T17:46:00Z</dcterms:modified>
  <cp:category/>
</cp:coreProperties>
</file>