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05F36" w14:textId="734E54B7" w:rsidR="007E00EE" w:rsidRPr="00276EA6" w:rsidRDefault="00000000">
      <w:pPr>
        <w:pStyle w:val="KonuBal"/>
        <w:spacing w:after="40"/>
        <w:jc w:val="center"/>
        <w:rPr>
          <w:lang w:val="tr-TR"/>
        </w:rPr>
      </w:pPr>
      <w:r w:rsidRPr="00276EA6">
        <w:rPr>
          <w:rFonts w:ascii="Arial" w:eastAsia="Arial" w:hAnsi="Arial"/>
          <w:b/>
          <w:color w:val="000000"/>
          <w:sz w:val="26"/>
          <w:lang w:val="tr-TR"/>
        </w:rPr>
        <w:t>DİJİTAL VİCDAN ÖLÇEĞİ</w:t>
      </w:r>
    </w:p>
    <w:tbl>
      <w:tblPr>
        <w:tblW w:w="0" w:type="auto"/>
        <w:jc w:val="center"/>
        <w:tblLayout w:type="fixed"/>
        <w:tblLook w:val="04A0" w:firstRow="1" w:lastRow="0" w:firstColumn="1" w:lastColumn="0" w:noHBand="0" w:noVBand="1"/>
      </w:tblPr>
      <w:tblGrid>
        <w:gridCol w:w="10080"/>
      </w:tblGrid>
      <w:tr w:rsidR="007E00EE" w:rsidRPr="00276EA6" w14:paraId="5BE1CFC5" w14:textId="77777777">
        <w:trPr>
          <w:jc w:val="center"/>
        </w:trPr>
        <w:tc>
          <w:tcPr>
            <w:tcW w:w="10080" w:type="dxa"/>
            <w:shd w:val="clear" w:color="auto" w:fill="EAF2F3"/>
            <w:tcMar>
              <w:top w:w="70" w:type="dxa"/>
              <w:left w:w="110" w:type="dxa"/>
              <w:bottom w:w="70" w:type="dxa"/>
              <w:right w:w="110" w:type="dxa"/>
            </w:tcMar>
          </w:tcPr>
          <w:p w14:paraId="773175CD" w14:textId="77777777" w:rsidR="007E00EE" w:rsidRPr="00276EA6" w:rsidRDefault="00000000">
            <w:pPr>
              <w:spacing w:after="20"/>
              <w:rPr>
                <w:szCs w:val="18"/>
                <w:lang w:val="tr-TR"/>
              </w:rPr>
            </w:pPr>
            <w:r w:rsidRPr="00276EA6">
              <w:rPr>
                <w:rFonts w:eastAsia="Arial"/>
                <w:b/>
                <w:color w:val="000000"/>
                <w:lang w:val="tr-TR"/>
              </w:rPr>
              <w:t>Yönerge</w:t>
            </w:r>
            <w:r w:rsidRPr="00276EA6">
              <w:rPr>
                <w:rFonts w:eastAsia="Arial"/>
                <w:b/>
                <w:color w:val="000000"/>
                <w:lang w:val="tr-TR"/>
              </w:rPr>
              <w:br/>
            </w:r>
            <w:r w:rsidRPr="00276EA6">
              <w:rPr>
                <w:rFonts w:eastAsia="Arial"/>
                <w:color w:val="222222"/>
                <w:lang w:val="tr-TR"/>
              </w:rPr>
              <w:t>Aşağıda dijital ortamlardaki düşünce ve davranışlarınıza ilişkin ifadeler yer almaktadır. Her ifadeyi dikkatlice okuyunuz ve sizi en iyi yansıtan seçeneği işaretleyiniz. Doğru ya da yanlış yanıt bulunmamaktadır. Her bir madde için yalnızca bir seçenek işaretleyiniz.</w:t>
            </w:r>
          </w:p>
        </w:tc>
      </w:tr>
    </w:tbl>
    <w:p w14:paraId="00EC8D8A" w14:textId="77777777" w:rsidR="007E00EE" w:rsidRPr="00276EA6" w:rsidRDefault="007E00EE">
      <w:pPr>
        <w:rPr>
          <w:lang w:val="tr-TR"/>
        </w:rPr>
      </w:pPr>
    </w:p>
    <w:tbl>
      <w:tblPr>
        <w:tblW w:w="0" w:type="auto"/>
        <w:jc w:val="center"/>
        <w:tblLayout w:type="fixed"/>
        <w:tblLook w:val="04A0" w:firstRow="1" w:lastRow="0" w:firstColumn="1" w:lastColumn="0" w:noHBand="0" w:noVBand="1"/>
      </w:tblPr>
      <w:tblGrid>
        <w:gridCol w:w="2016"/>
        <w:gridCol w:w="2016"/>
        <w:gridCol w:w="2016"/>
        <w:gridCol w:w="2016"/>
        <w:gridCol w:w="2016"/>
      </w:tblGrid>
      <w:tr w:rsidR="007E00EE" w:rsidRPr="00276EA6" w14:paraId="602EA02A" w14:textId="77777777">
        <w:trPr>
          <w:cantSplit/>
          <w:jc w:val="center"/>
        </w:trPr>
        <w:tc>
          <w:tcPr>
            <w:tcW w:w="2016" w:type="dxa"/>
            <w:shd w:val="clear" w:color="auto" w:fill="17365D"/>
            <w:tcMar>
              <w:top w:w="35" w:type="dxa"/>
              <w:left w:w="70" w:type="dxa"/>
              <w:bottom w:w="35" w:type="dxa"/>
              <w:right w:w="70" w:type="dxa"/>
            </w:tcMar>
            <w:vAlign w:val="center"/>
          </w:tcPr>
          <w:p w14:paraId="0DFE99DD" w14:textId="77777777" w:rsidR="007E00EE" w:rsidRPr="00276EA6" w:rsidRDefault="00000000">
            <w:pPr>
              <w:spacing w:line="240" w:lineRule="auto"/>
              <w:jc w:val="center"/>
              <w:rPr>
                <w:lang w:val="tr-TR"/>
              </w:rPr>
            </w:pPr>
            <w:r w:rsidRPr="00276EA6">
              <w:rPr>
                <w:rFonts w:eastAsia="Arial"/>
                <w:b/>
                <w:color w:val="FFFFFF"/>
                <w:sz w:val="16"/>
                <w:lang w:val="tr-TR"/>
              </w:rPr>
              <w:t>1</w:t>
            </w:r>
          </w:p>
        </w:tc>
        <w:tc>
          <w:tcPr>
            <w:tcW w:w="2016" w:type="dxa"/>
            <w:shd w:val="clear" w:color="auto" w:fill="17365D"/>
            <w:tcMar>
              <w:top w:w="35" w:type="dxa"/>
              <w:left w:w="70" w:type="dxa"/>
              <w:bottom w:w="35" w:type="dxa"/>
              <w:right w:w="70" w:type="dxa"/>
            </w:tcMar>
            <w:vAlign w:val="center"/>
          </w:tcPr>
          <w:p w14:paraId="7B6165A3" w14:textId="77777777" w:rsidR="007E00EE" w:rsidRPr="00276EA6" w:rsidRDefault="00000000">
            <w:pPr>
              <w:spacing w:line="240" w:lineRule="auto"/>
              <w:jc w:val="center"/>
              <w:rPr>
                <w:lang w:val="tr-TR"/>
              </w:rPr>
            </w:pPr>
            <w:r w:rsidRPr="00276EA6">
              <w:rPr>
                <w:rFonts w:eastAsia="Arial"/>
                <w:b/>
                <w:color w:val="FFFFFF"/>
                <w:sz w:val="16"/>
                <w:lang w:val="tr-TR"/>
              </w:rPr>
              <w:t>2</w:t>
            </w:r>
          </w:p>
        </w:tc>
        <w:tc>
          <w:tcPr>
            <w:tcW w:w="2016" w:type="dxa"/>
            <w:shd w:val="clear" w:color="auto" w:fill="17365D"/>
            <w:tcMar>
              <w:top w:w="35" w:type="dxa"/>
              <w:left w:w="70" w:type="dxa"/>
              <w:bottom w:w="35" w:type="dxa"/>
              <w:right w:w="70" w:type="dxa"/>
            </w:tcMar>
            <w:vAlign w:val="center"/>
          </w:tcPr>
          <w:p w14:paraId="628505F4" w14:textId="77777777" w:rsidR="007E00EE" w:rsidRPr="00276EA6" w:rsidRDefault="00000000">
            <w:pPr>
              <w:spacing w:line="240" w:lineRule="auto"/>
              <w:jc w:val="center"/>
              <w:rPr>
                <w:lang w:val="tr-TR"/>
              </w:rPr>
            </w:pPr>
            <w:r w:rsidRPr="00276EA6">
              <w:rPr>
                <w:rFonts w:eastAsia="Arial"/>
                <w:b/>
                <w:color w:val="FFFFFF"/>
                <w:sz w:val="16"/>
                <w:lang w:val="tr-TR"/>
              </w:rPr>
              <w:t>3</w:t>
            </w:r>
          </w:p>
        </w:tc>
        <w:tc>
          <w:tcPr>
            <w:tcW w:w="2016" w:type="dxa"/>
            <w:shd w:val="clear" w:color="auto" w:fill="17365D"/>
            <w:tcMar>
              <w:top w:w="35" w:type="dxa"/>
              <w:left w:w="70" w:type="dxa"/>
              <w:bottom w:w="35" w:type="dxa"/>
              <w:right w:w="70" w:type="dxa"/>
            </w:tcMar>
            <w:vAlign w:val="center"/>
          </w:tcPr>
          <w:p w14:paraId="24423AE2" w14:textId="77777777" w:rsidR="007E00EE" w:rsidRPr="00276EA6" w:rsidRDefault="00000000">
            <w:pPr>
              <w:spacing w:line="240" w:lineRule="auto"/>
              <w:jc w:val="center"/>
              <w:rPr>
                <w:lang w:val="tr-TR"/>
              </w:rPr>
            </w:pPr>
            <w:r w:rsidRPr="00276EA6">
              <w:rPr>
                <w:rFonts w:eastAsia="Arial"/>
                <w:b/>
                <w:color w:val="FFFFFF"/>
                <w:sz w:val="16"/>
                <w:lang w:val="tr-TR"/>
              </w:rPr>
              <w:t>4</w:t>
            </w:r>
          </w:p>
        </w:tc>
        <w:tc>
          <w:tcPr>
            <w:tcW w:w="2016" w:type="dxa"/>
            <w:shd w:val="clear" w:color="auto" w:fill="17365D"/>
            <w:tcMar>
              <w:top w:w="35" w:type="dxa"/>
              <w:left w:w="70" w:type="dxa"/>
              <w:bottom w:w="35" w:type="dxa"/>
              <w:right w:w="70" w:type="dxa"/>
            </w:tcMar>
            <w:vAlign w:val="center"/>
          </w:tcPr>
          <w:p w14:paraId="1BD9B064" w14:textId="77777777" w:rsidR="007E00EE" w:rsidRPr="00276EA6" w:rsidRDefault="00000000">
            <w:pPr>
              <w:spacing w:line="240" w:lineRule="auto"/>
              <w:jc w:val="center"/>
              <w:rPr>
                <w:lang w:val="tr-TR"/>
              </w:rPr>
            </w:pPr>
            <w:r w:rsidRPr="00276EA6">
              <w:rPr>
                <w:rFonts w:eastAsia="Arial"/>
                <w:b/>
                <w:color w:val="FFFFFF"/>
                <w:sz w:val="16"/>
                <w:lang w:val="tr-TR"/>
              </w:rPr>
              <w:t>5</w:t>
            </w:r>
          </w:p>
        </w:tc>
      </w:tr>
      <w:tr w:rsidR="007E00EE" w:rsidRPr="00276EA6" w14:paraId="19E4E1A0" w14:textId="77777777">
        <w:trPr>
          <w:cantSplit/>
          <w:jc w:val="center"/>
        </w:trPr>
        <w:tc>
          <w:tcPr>
            <w:tcW w:w="2016" w:type="dxa"/>
            <w:shd w:val="clear" w:color="auto" w:fill="F2F5F7"/>
            <w:tcMar>
              <w:top w:w="35" w:type="dxa"/>
              <w:left w:w="70" w:type="dxa"/>
              <w:bottom w:w="35" w:type="dxa"/>
              <w:right w:w="70" w:type="dxa"/>
            </w:tcMar>
            <w:vAlign w:val="center"/>
          </w:tcPr>
          <w:p w14:paraId="77C342B2" w14:textId="77777777" w:rsidR="007E00EE" w:rsidRPr="00276EA6" w:rsidRDefault="00000000">
            <w:pPr>
              <w:spacing w:line="240" w:lineRule="auto"/>
              <w:jc w:val="center"/>
              <w:rPr>
                <w:sz w:val="16"/>
                <w:szCs w:val="16"/>
                <w:lang w:val="tr-TR"/>
              </w:rPr>
            </w:pPr>
            <w:r w:rsidRPr="00276EA6">
              <w:rPr>
                <w:rFonts w:eastAsia="Arial"/>
                <w:color w:val="222222"/>
                <w:sz w:val="16"/>
                <w:lang w:val="tr-TR"/>
              </w:rPr>
              <w:t>Kesinlikle katılmıyorum</w:t>
            </w:r>
          </w:p>
        </w:tc>
        <w:tc>
          <w:tcPr>
            <w:tcW w:w="2016" w:type="dxa"/>
            <w:shd w:val="clear" w:color="auto" w:fill="F2F5F7"/>
            <w:tcMar>
              <w:top w:w="35" w:type="dxa"/>
              <w:left w:w="70" w:type="dxa"/>
              <w:bottom w:w="35" w:type="dxa"/>
              <w:right w:w="70" w:type="dxa"/>
            </w:tcMar>
            <w:vAlign w:val="center"/>
          </w:tcPr>
          <w:p w14:paraId="18E2A5E5" w14:textId="77777777" w:rsidR="007E00EE" w:rsidRPr="00276EA6" w:rsidRDefault="00000000">
            <w:pPr>
              <w:spacing w:line="240" w:lineRule="auto"/>
              <w:jc w:val="center"/>
              <w:rPr>
                <w:sz w:val="16"/>
                <w:szCs w:val="16"/>
                <w:lang w:val="tr-TR"/>
              </w:rPr>
            </w:pPr>
            <w:r w:rsidRPr="00276EA6">
              <w:rPr>
                <w:rFonts w:eastAsia="Arial"/>
                <w:color w:val="222222"/>
                <w:sz w:val="16"/>
                <w:lang w:val="tr-TR"/>
              </w:rPr>
              <w:t>Katılmıyorum</w:t>
            </w:r>
          </w:p>
        </w:tc>
        <w:tc>
          <w:tcPr>
            <w:tcW w:w="2016" w:type="dxa"/>
            <w:shd w:val="clear" w:color="auto" w:fill="F2F5F7"/>
            <w:tcMar>
              <w:top w:w="35" w:type="dxa"/>
              <w:left w:w="70" w:type="dxa"/>
              <w:bottom w:w="35" w:type="dxa"/>
              <w:right w:w="70" w:type="dxa"/>
            </w:tcMar>
            <w:vAlign w:val="center"/>
          </w:tcPr>
          <w:p w14:paraId="4A030627" w14:textId="156EB767" w:rsidR="007E00EE" w:rsidRPr="00276EA6" w:rsidRDefault="00095861">
            <w:pPr>
              <w:spacing w:line="240" w:lineRule="auto"/>
              <w:jc w:val="center"/>
              <w:rPr>
                <w:sz w:val="16"/>
                <w:szCs w:val="16"/>
                <w:lang w:val="tr-TR"/>
              </w:rPr>
            </w:pPr>
            <w:r>
              <w:rPr>
                <w:rFonts w:eastAsia="Arial"/>
                <w:color w:val="222222"/>
                <w:sz w:val="16"/>
                <w:lang w:val="tr-TR"/>
              </w:rPr>
              <w:t>Kara</w:t>
            </w:r>
            <w:r w:rsidR="00E617CD">
              <w:rPr>
                <w:rFonts w:eastAsia="Arial"/>
                <w:color w:val="222222"/>
                <w:sz w:val="16"/>
                <w:lang w:val="tr-TR"/>
              </w:rPr>
              <w:t>r</w:t>
            </w:r>
            <w:r>
              <w:rPr>
                <w:rFonts w:eastAsia="Arial"/>
                <w:color w:val="222222"/>
                <w:sz w:val="16"/>
                <w:lang w:val="tr-TR"/>
              </w:rPr>
              <w:t>sızım</w:t>
            </w:r>
          </w:p>
        </w:tc>
        <w:tc>
          <w:tcPr>
            <w:tcW w:w="2016" w:type="dxa"/>
            <w:shd w:val="clear" w:color="auto" w:fill="F2F5F7"/>
            <w:tcMar>
              <w:top w:w="35" w:type="dxa"/>
              <w:left w:w="70" w:type="dxa"/>
              <w:bottom w:w="35" w:type="dxa"/>
              <w:right w:w="70" w:type="dxa"/>
            </w:tcMar>
            <w:vAlign w:val="center"/>
          </w:tcPr>
          <w:p w14:paraId="710FD657" w14:textId="77777777" w:rsidR="007E00EE" w:rsidRPr="00276EA6" w:rsidRDefault="00000000">
            <w:pPr>
              <w:spacing w:line="240" w:lineRule="auto"/>
              <w:jc w:val="center"/>
              <w:rPr>
                <w:sz w:val="16"/>
                <w:szCs w:val="16"/>
                <w:lang w:val="tr-TR"/>
              </w:rPr>
            </w:pPr>
            <w:r w:rsidRPr="00276EA6">
              <w:rPr>
                <w:rFonts w:eastAsia="Arial"/>
                <w:color w:val="222222"/>
                <w:sz w:val="16"/>
                <w:lang w:val="tr-TR"/>
              </w:rPr>
              <w:t>Katılıyorum</w:t>
            </w:r>
          </w:p>
        </w:tc>
        <w:tc>
          <w:tcPr>
            <w:tcW w:w="2016" w:type="dxa"/>
            <w:shd w:val="clear" w:color="auto" w:fill="F2F5F7"/>
            <w:tcMar>
              <w:top w:w="35" w:type="dxa"/>
              <w:left w:w="70" w:type="dxa"/>
              <w:bottom w:w="35" w:type="dxa"/>
              <w:right w:w="70" w:type="dxa"/>
            </w:tcMar>
            <w:vAlign w:val="center"/>
          </w:tcPr>
          <w:p w14:paraId="079EAF16" w14:textId="77777777" w:rsidR="007E00EE" w:rsidRPr="00276EA6" w:rsidRDefault="00000000">
            <w:pPr>
              <w:spacing w:line="240" w:lineRule="auto"/>
              <w:jc w:val="center"/>
              <w:rPr>
                <w:sz w:val="16"/>
                <w:szCs w:val="16"/>
                <w:lang w:val="tr-TR"/>
              </w:rPr>
            </w:pPr>
            <w:r w:rsidRPr="00276EA6">
              <w:rPr>
                <w:rFonts w:eastAsia="Arial"/>
                <w:color w:val="222222"/>
                <w:sz w:val="16"/>
                <w:lang w:val="tr-TR"/>
              </w:rPr>
              <w:t>Kesinlikle katılıyorum</w:t>
            </w:r>
          </w:p>
        </w:tc>
      </w:tr>
    </w:tbl>
    <w:p w14:paraId="7CB06821" w14:textId="77777777" w:rsidR="007E00EE" w:rsidRPr="00276EA6" w:rsidRDefault="007E00EE">
      <w:pPr>
        <w:rPr>
          <w:lang w:val="tr-TR"/>
        </w:rPr>
      </w:pPr>
    </w:p>
    <w:tbl>
      <w:tblPr>
        <w:tblW w:w="0" w:type="auto"/>
        <w:jc w:val="center"/>
        <w:tblLayout w:type="fixed"/>
        <w:tblLook w:val="04A0" w:firstRow="1" w:lastRow="0" w:firstColumn="1" w:lastColumn="0" w:noHBand="0" w:noVBand="1"/>
      </w:tblPr>
      <w:tblGrid>
        <w:gridCol w:w="475"/>
        <w:gridCol w:w="6149"/>
        <w:gridCol w:w="686"/>
        <w:gridCol w:w="686"/>
        <w:gridCol w:w="686"/>
        <w:gridCol w:w="686"/>
        <w:gridCol w:w="686"/>
      </w:tblGrid>
      <w:tr w:rsidR="007E00EE" w:rsidRPr="00276EA6" w14:paraId="12FD31A9" w14:textId="77777777">
        <w:trPr>
          <w:trHeight w:val="539"/>
          <w:tblHeader/>
          <w:jc w:val="center"/>
        </w:trPr>
        <w:tc>
          <w:tcPr>
            <w:tcW w:w="475" w:type="dxa"/>
            <w:shd w:val="clear" w:color="auto" w:fill="17365D"/>
            <w:tcMar>
              <w:top w:w="70" w:type="dxa"/>
              <w:left w:w="70" w:type="dxa"/>
              <w:bottom w:w="70" w:type="dxa"/>
              <w:right w:w="70" w:type="dxa"/>
            </w:tcMar>
            <w:vAlign w:val="center"/>
          </w:tcPr>
          <w:p w14:paraId="1697A2E4" w14:textId="77777777" w:rsidR="007E00EE" w:rsidRPr="00276EA6" w:rsidRDefault="00000000">
            <w:pPr>
              <w:spacing w:line="240" w:lineRule="auto"/>
              <w:jc w:val="center"/>
              <w:rPr>
                <w:szCs w:val="18"/>
                <w:lang w:val="tr-TR"/>
              </w:rPr>
            </w:pPr>
            <w:r w:rsidRPr="00276EA6">
              <w:rPr>
                <w:rFonts w:eastAsia="Arial"/>
                <w:b/>
                <w:color w:val="FFFFFF"/>
                <w:sz w:val="17"/>
                <w:lang w:val="tr-TR"/>
              </w:rPr>
              <w:t>No</w:t>
            </w:r>
          </w:p>
        </w:tc>
        <w:tc>
          <w:tcPr>
            <w:tcW w:w="6149" w:type="dxa"/>
            <w:shd w:val="clear" w:color="auto" w:fill="17365D"/>
            <w:tcMar>
              <w:top w:w="70" w:type="dxa"/>
              <w:left w:w="70" w:type="dxa"/>
              <w:bottom w:w="70" w:type="dxa"/>
              <w:right w:w="70" w:type="dxa"/>
            </w:tcMar>
            <w:vAlign w:val="center"/>
          </w:tcPr>
          <w:p w14:paraId="5250C3B1" w14:textId="7914A944" w:rsidR="007E00EE" w:rsidRPr="00276EA6" w:rsidRDefault="00000000">
            <w:pPr>
              <w:spacing w:line="240" w:lineRule="auto"/>
              <w:rPr>
                <w:szCs w:val="18"/>
                <w:lang w:val="tr-TR"/>
              </w:rPr>
            </w:pPr>
            <w:r w:rsidRPr="00276EA6">
              <w:rPr>
                <w:rFonts w:eastAsia="Arial"/>
                <w:b/>
                <w:color w:val="FFFFFF"/>
                <w:sz w:val="17"/>
                <w:lang w:val="tr-TR"/>
              </w:rPr>
              <w:t>Maddeler</w:t>
            </w:r>
          </w:p>
        </w:tc>
        <w:tc>
          <w:tcPr>
            <w:tcW w:w="686" w:type="dxa"/>
            <w:shd w:val="clear" w:color="auto" w:fill="17365D"/>
            <w:tcMar>
              <w:top w:w="70" w:type="dxa"/>
              <w:left w:w="70" w:type="dxa"/>
              <w:bottom w:w="70" w:type="dxa"/>
              <w:right w:w="70" w:type="dxa"/>
            </w:tcMar>
            <w:vAlign w:val="center"/>
          </w:tcPr>
          <w:p w14:paraId="7F704659" w14:textId="77777777" w:rsidR="007E00EE" w:rsidRPr="00276EA6" w:rsidRDefault="00000000">
            <w:pPr>
              <w:spacing w:line="240" w:lineRule="auto"/>
              <w:jc w:val="center"/>
              <w:rPr>
                <w:szCs w:val="18"/>
                <w:lang w:val="tr-TR"/>
              </w:rPr>
            </w:pPr>
            <w:r w:rsidRPr="00276EA6">
              <w:rPr>
                <w:rFonts w:eastAsia="Arial"/>
                <w:b/>
                <w:color w:val="FFFFFF"/>
                <w:sz w:val="17"/>
                <w:lang w:val="tr-TR"/>
              </w:rPr>
              <w:t>1</w:t>
            </w:r>
          </w:p>
        </w:tc>
        <w:tc>
          <w:tcPr>
            <w:tcW w:w="686" w:type="dxa"/>
            <w:shd w:val="clear" w:color="auto" w:fill="17365D"/>
            <w:tcMar>
              <w:top w:w="70" w:type="dxa"/>
              <w:left w:w="70" w:type="dxa"/>
              <w:bottom w:w="70" w:type="dxa"/>
              <w:right w:w="70" w:type="dxa"/>
            </w:tcMar>
            <w:vAlign w:val="center"/>
          </w:tcPr>
          <w:p w14:paraId="1147B780" w14:textId="77777777" w:rsidR="007E00EE" w:rsidRPr="00276EA6" w:rsidRDefault="00000000">
            <w:pPr>
              <w:spacing w:line="240" w:lineRule="auto"/>
              <w:jc w:val="center"/>
              <w:rPr>
                <w:szCs w:val="18"/>
                <w:lang w:val="tr-TR"/>
              </w:rPr>
            </w:pPr>
            <w:r w:rsidRPr="00276EA6">
              <w:rPr>
                <w:rFonts w:eastAsia="Arial"/>
                <w:b/>
                <w:color w:val="FFFFFF"/>
                <w:sz w:val="17"/>
                <w:lang w:val="tr-TR"/>
              </w:rPr>
              <w:t>2</w:t>
            </w:r>
          </w:p>
        </w:tc>
        <w:tc>
          <w:tcPr>
            <w:tcW w:w="686" w:type="dxa"/>
            <w:shd w:val="clear" w:color="auto" w:fill="17365D"/>
            <w:tcMar>
              <w:top w:w="70" w:type="dxa"/>
              <w:left w:w="70" w:type="dxa"/>
              <w:bottom w:w="70" w:type="dxa"/>
              <w:right w:w="70" w:type="dxa"/>
            </w:tcMar>
            <w:vAlign w:val="center"/>
          </w:tcPr>
          <w:p w14:paraId="07576406" w14:textId="77777777" w:rsidR="007E00EE" w:rsidRPr="00276EA6" w:rsidRDefault="00000000">
            <w:pPr>
              <w:spacing w:line="240" w:lineRule="auto"/>
              <w:jc w:val="center"/>
              <w:rPr>
                <w:szCs w:val="18"/>
                <w:lang w:val="tr-TR"/>
              </w:rPr>
            </w:pPr>
            <w:r w:rsidRPr="00276EA6">
              <w:rPr>
                <w:rFonts w:eastAsia="Arial"/>
                <w:b/>
                <w:color w:val="FFFFFF"/>
                <w:sz w:val="17"/>
                <w:lang w:val="tr-TR"/>
              </w:rPr>
              <w:t>3</w:t>
            </w:r>
          </w:p>
        </w:tc>
        <w:tc>
          <w:tcPr>
            <w:tcW w:w="686" w:type="dxa"/>
            <w:shd w:val="clear" w:color="auto" w:fill="17365D"/>
            <w:tcMar>
              <w:top w:w="70" w:type="dxa"/>
              <w:left w:w="70" w:type="dxa"/>
              <w:bottom w:w="70" w:type="dxa"/>
              <w:right w:w="70" w:type="dxa"/>
            </w:tcMar>
            <w:vAlign w:val="center"/>
          </w:tcPr>
          <w:p w14:paraId="3EA4E856" w14:textId="77777777" w:rsidR="007E00EE" w:rsidRPr="00276EA6" w:rsidRDefault="00000000">
            <w:pPr>
              <w:spacing w:line="240" w:lineRule="auto"/>
              <w:jc w:val="center"/>
              <w:rPr>
                <w:szCs w:val="18"/>
                <w:lang w:val="tr-TR"/>
              </w:rPr>
            </w:pPr>
            <w:r w:rsidRPr="00276EA6">
              <w:rPr>
                <w:rFonts w:eastAsia="Arial"/>
                <w:b/>
                <w:color w:val="FFFFFF"/>
                <w:sz w:val="17"/>
                <w:lang w:val="tr-TR"/>
              </w:rPr>
              <w:t>4</w:t>
            </w:r>
          </w:p>
        </w:tc>
        <w:tc>
          <w:tcPr>
            <w:tcW w:w="686" w:type="dxa"/>
            <w:shd w:val="clear" w:color="auto" w:fill="17365D"/>
            <w:tcMar>
              <w:top w:w="70" w:type="dxa"/>
              <w:left w:w="70" w:type="dxa"/>
              <w:bottom w:w="70" w:type="dxa"/>
              <w:right w:w="70" w:type="dxa"/>
            </w:tcMar>
            <w:vAlign w:val="center"/>
          </w:tcPr>
          <w:p w14:paraId="577200E2" w14:textId="77777777" w:rsidR="007E00EE" w:rsidRPr="00276EA6" w:rsidRDefault="00000000">
            <w:pPr>
              <w:spacing w:line="240" w:lineRule="auto"/>
              <w:jc w:val="center"/>
              <w:rPr>
                <w:szCs w:val="18"/>
                <w:lang w:val="tr-TR"/>
              </w:rPr>
            </w:pPr>
            <w:r w:rsidRPr="00276EA6">
              <w:rPr>
                <w:rFonts w:eastAsia="Arial"/>
                <w:b/>
                <w:color w:val="FFFFFF"/>
                <w:sz w:val="17"/>
                <w:lang w:val="tr-TR"/>
              </w:rPr>
              <w:t>5</w:t>
            </w:r>
          </w:p>
        </w:tc>
      </w:tr>
      <w:tr w:rsidR="007E00EE" w:rsidRPr="00276EA6" w14:paraId="370759E2" w14:textId="77777777">
        <w:trPr>
          <w:cantSplit/>
          <w:trHeight w:val="418"/>
          <w:jc w:val="center"/>
        </w:trPr>
        <w:tc>
          <w:tcPr>
            <w:tcW w:w="475" w:type="dxa"/>
            <w:shd w:val="clear" w:color="auto" w:fill="FFFFFF"/>
            <w:tcMar>
              <w:top w:w="32" w:type="dxa"/>
              <w:left w:w="70" w:type="dxa"/>
              <w:bottom w:w="32" w:type="dxa"/>
              <w:right w:w="70" w:type="dxa"/>
            </w:tcMar>
            <w:vAlign w:val="center"/>
          </w:tcPr>
          <w:p w14:paraId="1666CB2E" w14:textId="77777777" w:rsidR="007E00EE" w:rsidRPr="00276EA6" w:rsidRDefault="00000000">
            <w:pPr>
              <w:spacing w:line="240" w:lineRule="auto"/>
              <w:jc w:val="center"/>
              <w:rPr>
                <w:szCs w:val="18"/>
                <w:lang w:val="tr-TR"/>
              </w:rPr>
            </w:pPr>
            <w:r w:rsidRPr="00276EA6">
              <w:rPr>
                <w:rFonts w:eastAsia="Arial"/>
                <w:b/>
                <w:color w:val="17365D"/>
                <w:sz w:val="17"/>
                <w:lang w:val="tr-TR"/>
              </w:rPr>
              <w:t>1</w:t>
            </w:r>
          </w:p>
        </w:tc>
        <w:tc>
          <w:tcPr>
            <w:tcW w:w="6149" w:type="dxa"/>
            <w:shd w:val="clear" w:color="auto" w:fill="FFFFFF"/>
            <w:tcMar>
              <w:top w:w="32" w:type="dxa"/>
              <w:left w:w="70" w:type="dxa"/>
              <w:bottom w:w="32" w:type="dxa"/>
              <w:right w:w="70" w:type="dxa"/>
            </w:tcMar>
            <w:vAlign w:val="center"/>
          </w:tcPr>
          <w:p w14:paraId="008D72B1" w14:textId="77777777" w:rsidR="007E00EE" w:rsidRPr="00276EA6" w:rsidRDefault="00000000">
            <w:pPr>
              <w:spacing w:line="240" w:lineRule="auto"/>
              <w:rPr>
                <w:szCs w:val="18"/>
                <w:lang w:val="tr-TR"/>
              </w:rPr>
            </w:pPr>
            <w:r w:rsidRPr="00276EA6">
              <w:rPr>
                <w:rFonts w:eastAsia="Arial"/>
                <w:color w:val="222222"/>
                <w:sz w:val="17"/>
                <w:lang w:val="tr-TR"/>
              </w:rPr>
              <w:t>Dijital ortamda yaptığım bir paylaşımın başkalarını incitebileceğini düşünürüm.</w:t>
            </w:r>
          </w:p>
        </w:tc>
        <w:tc>
          <w:tcPr>
            <w:tcW w:w="686" w:type="dxa"/>
            <w:shd w:val="clear" w:color="auto" w:fill="FFFFFF"/>
            <w:tcMar>
              <w:top w:w="32" w:type="dxa"/>
              <w:left w:w="20" w:type="dxa"/>
              <w:bottom w:w="32" w:type="dxa"/>
              <w:right w:w="20" w:type="dxa"/>
            </w:tcMar>
            <w:vAlign w:val="center"/>
          </w:tcPr>
          <w:p w14:paraId="4D758EA5"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31EE3F70"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1C04756B"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72195984"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518C2060"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r w:rsidR="007E00EE" w:rsidRPr="00276EA6" w14:paraId="6942A2DF" w14:textId="77777777">
        <w:trPr>
          <w:cantSplit/>
          <w:trHeight w:val="418"/>
          <w:jc w:val="center"/>
        </w:trPr>
        <w:tc>
          <w:tcPr>
            <w:tcW w:w="475" w:type="dxa"/>
            <w:shd w:val="clear" w:color="auto" w:fill="F2F5F7"/>
            <w:tcMar>
              <w:top w:w="32" w:type="dxa"/>
              <w:left w:w="70" w:type="dxa"/>
              <w:bottom w:w="32" w:type="dxa"/>
              <w:right w:w="70" w:type="dxa"/>
            </w:tcMar>
            <w:vAlign w:val="center"/>
          </w:tcPr>
          <w:p w14:paraId="301001A1" w14:textId="77777777" w:rsidR="007E00EE" w:rsidRPr="00276EA6" w:rsidRDefault="00000000">
            <w:pPr>
              <w:spacing w:line="240" w:lineRule="auto"/>
              <w:jc w:val="center"/>
              <w:rPr>
                <w:szCs w:val="18"/>
                <w:lang w:val="tr-TR"/>
              </w:rPr>
            </w:pPr>
            <w:r w:rsidRPr="00276EA6">
              <w:rPr>
                <w:rFonts w:eastAsia="Arial"/>
                <w:b/>
                <w:color w:val="17365D"/>
                <w:sz w:val="17"/>
                <w:lang w:val="tr-TR"/>
              </w:rPr>
              <w:t>2</w:t>
            </w:r>
          </w:p>
        </w:tc>
        <w:tc>
          <w:tcPr>
            <w:tcW w:w="6149" w:type="dxa"/>
            <w:shd w:val="clear" w:color="auto" w:fill="F2F5F7"/>
            <w:tcMar>
              <w:top w:w="32" w:type="dxa"/>
              <w:left w:w="70" w:type="dxa"/>
              <w:bottom w:w="32" w:type="dxa"/>
              <w:right w:w="70" w:type="dxa"/>
            </w:tcMar>
            <w:vAlign w:val="center"/>
          </w:tcPr>
          <w:p w14:paraId="711B3EC0" w14:textId="77777777" w:rsidR="007E00EE" w:rsidRPr="00276EA6" w:rsidRDefault="00000000">
            <w:pPr>
              <w:spacing w:line="240" w:lineRule="auto"/>
              <w:rPr>
                <w:szCs w:val="18"/>
                <w:lang w:val="tr-TR"/>
              </w:rPr>
            </w:pPr>
            <w:r w:rsidRPr="00276EA6">
              <w:rPr>
                <w:rFonts w:eastAsia="Arial"/>
                <w:color w:val="222222"/>
                <w:sz w:val="17"/>
                <w:lang w:val="tr-TR"/>
              </w:rPr>
              <w:t>İnternette yanlış olduğunu bildiğim bir davranış beni rahatsız eder.</w:t>
            </w:r>
          </w:p>
        </w:tc>
        <w:tc>
          <w:tcPr>
            <w:tcW w:w="686" w:type="dxa"/>
            <w:shd w:val="clear" w:color="auto" w:fill="F2F5F7"/>
            <w:tcMar>
              <w:top w:w="32" w:type="dxa"/>
              <w:left w:w="20" w:type="dxa"/>
              <w:bottom w:w="32" w:type="dxa"/>
              <w:right w:w="20" w:type="dxa"/>
            </w:tcMar>
            <w:vAlign w:val="center"/>
          </w:tcPr>
          <w:p w14:paraId="3D432D9B"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553975D7"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186A8D7A"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4AC24907"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1A7864DE"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r w:rsidR="007E00EE" w:rsidRPr="00276EA6" w14:paraId="12BC07D4" w14:textId="77777777">
        <w:trPr>
          <w:cantSplit/>
          <w:trHeight w:val="418"/>
          <w:jc w:val="center"/>
        </w:trPr>
        <w:tc>
          <w:tcPr>
            <w:tcW w:w="475" w:type="dxa"/>
            <w:shd w:val="clear" w:color="auto" w:fill="FFFFFF"/>
            <w:tcMar>
              <w:top w:w="32" w:type="dxa"/>
              <w:left w:w="70" w:type="dxa"/>
              <w:bottom w:w="32" w:type="dxa"/>
              <w:right w:w="70" w:type="dxa"/>
            </w:tcMar>
            <w:vAlign w:val="center"/>
          </w:tcPr>
          <w:p w14:paraId="3C6F369B" w14:textId="77777777" w:rsidR="007E00EE" w:rsidRPr="00276EA6" w:rsidRDefault="00000000">
            <w:pPr>
              <w:spacing w:line="240" w:lineRule="auto"/>
              <w:jc w:val="center"/>
              <w:rPr>
                <w:szCs w:val="18"/>
                <w:lang w:val="tr-TR"/>
              </w:rPr>
            </w:pPr>
            <w:r w:rsidRPr="00276EA6">
              <w:rPr>
                <w:rFonts w:eastAsia="Arial"/>
                <w:b/>
                <w:color w:val="17365D"/>
                <w:sz w:val="17"/>
                <w:lang w:val="tr-TR"/>
              </w:rPr>
              <w:t>3</w:t>
            </w:r>
          </w:p>
        </w:tc>
        <w:tc>
          <w:tcPr>
            <w:tcW w:w="6149" w:type="dxa"/>
            <w:shd w:val="clear" w:color="auto" w:fill="FFFFFF"/>
            <w:tcMar>
              <w:top w:w="32" w:type="dxa"/>
              <w:left w:w="70" w:type="dxa"/>
              <w:bottom w:w="32" w:type="dxa"/>
              <w:right w:w="70" w:type="dxa"/>
            </w:tcMar>
            <w:vAlign w:val="center"/>
          </w:tcPr>
          <w:p w14:paraId="118E99E0" w14:textId="77777777" w:rsidR="007E00EE" w:rsidRPr="00276EA6" w:rsidRDefault="00000000">
            <w:pPr>
              <w:spacing w:line="240" w:lineRule="auto"/>
              <w:rPr>
                <w:szCs w:val="18"/>
                <w:lang w:val="tr-TR"/>
              </w:rPr>
            </w:pPr>
            <w:r w:rsidRPr="00276EA6">
              <w:rPr>
                <w:rFonts w:eastAsia="Arial"/>
                <w:color w:val="222222"/>
                <w:sz w:val="17"/>
                <w:lang w:val="tr-TR"/>
              </w:rPr>
              <w:t>Çevrim içi ortamlarda da ahlaki ilkelerin geçerli olduğunu düşünürüm.</w:t>
            </w:r>
          </w:p>
        </w:tc>
        <w:tc>
          <w:tcPr>
            <w:tcW w:w="686" w:type="dxa"/>
            <w:shd w:val="clear" w:color="auto" w:fill="FFFFFF"/>
            <w:tcMar>
              <w:top w:w="32" w:type="dxa"/>
              <w:left w:w="20" w:type="dxa"/>
              <w:bottom w:w="32" w:type="dxa"/>
              <w:right w:w="20" w:type="dxa"/>
            </w:tcMar>
            <w:vAlign w:val="center"/>
          </w:tcPr>
          <w:p w14:paraId="26B1D761"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0FA07623"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19E0E4A6"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63B0762A"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03B21C80"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r w:rsidR="007E00EE" w:rsidRPr="00276EA6" w14:paraId="2F020079" w14:textId="77777777">
        <w:trPr>
          <w:cantSplit/>
          <w:trHeight w:val="418"/>
          <w:jc w:val="center"/>
        </w:trPr>
        <w:tc>
          <w:tcPr>
            <w:tcW w:w="475" w:type="dxa"/>
            <w:shd w:val="clear" w:color="auto" w:fill="F2F5F7"/>
            <w:tcMar>
              <w:top w:w="32" w:type="dxa"/>
              <w:left w:w="70" w:type="dxa"/>
              <w:bottom w:w="32" w:type="dxa"/>
              <w:right w:w="70" w:type="dxa"/>
            </w:tcMar>
            <w:vAlign w:val="center"/>
          </w:tcPr>
          <w:p w14:paraId="52851746" w14:textId="77777777" w:rsidR="007E00EE" w:rsidRPr="00276EA6" w:rsidRDefault="00000000">
            <w:pPr>
              <w:spacing w:line="240" w:lineRule="auto"/>
              <w:jc w:val="center"/>
              <w:rPr>
                <w:szCs w:val="18"/>
                <w:lang w:val="tr-TR"/>
              </w:rPr>
            </w:pPr>
            <w:r w:rsidRPr="00276EA6">
              <w:rPr>
                <w:rFonts w:eastAsia="Arial"/>
                <w:b/>
                <w:color w:val="17365D"/>
                <w:sz w:val="17"/>
                <w:lang w:val="tr-TR"/>
              </w:rPr>
              <w:t>4</w:t>
            </w:r>
          </w:p>
        </w:tc>
        <w:tc>
          <w:tcPr>
            <w:tcW w:w="6149" w:type="dxa"/>
            <w:shd w:val="clear" w:color="auto" w:fill="F2F5F7"/>
            <w:tcMar>
              <w:top w:w="32" w:type="dxa"/>
              <w:left w:w="70" w:type="dxa"/>
              <w:bottom w:w="32" w:type="dxa"/>
              <w:right w:w="70" w:type="dxa"/>
            </w:tcMar>
            <w:vAlign w:val="center"/>
          </w:tcPr>
          <w:p w14:paraId="56DAA84D" w14:textId="77777777" w:rsidR="007E00EE" w:rsidRPr="00276EA6" w:rsidRDefault="00000000">
            <w:pPr>
              <w:spacing w:line="240" w:lineRule="auto"/>
              <w:rPr>
                <w:szCs w:val="18"/>
                <w:lang w:val="tr-TR"/>
              </w:rPr>
            </w:pPr>
            <w:r w:rsidRPr="00276EA6">
              <w:rPr>
                <w:rFonts w:eastAsia="Arial"/>
                <w:color w:val="222222"/>
                <w:sz w:val="17"/>
                <w:lang w:val="tr-TR"/>
              </w:rPr>
              <w:t>Dijital ortamda yapılan haksızlıklar beni vicdanen etkiler.</w:t>
            </w:r>
          </w:p>
        </w:tc>
        <w:tc>
          <w:tcPr>
            <w:tcW w:w="686" w:type="dxa"/>
            <w:shd w:val="clear" w:color="auto" w:fill="F2F5F7"/>
            <w:tcMar>
              <w:top w:w="32" w:type="dxa"/>
              <w:left w:w="20" w:type="dxa"/>
              <w:bottom w:w="32" w:type="dxa"/>
              <w:right w:w="20" w:type="dxa"/>
            </w:tcMar>
            <w:vAlign w:val="center"/>
          </w:tcPr>
          <w:p w14:paraId="1D7783F1"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0D0D7298"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57F1F3FB"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7829B7F3"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7382E853"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r w:rsidR="007E00EE" w:rsidRPr="00276EA6" w14:paraId="34B0BDF7" w14:textId="77777777">
        <w:trPr>
          <w:cantSplit/>
          <w:trHeight w:val="418"/>
          <w:jc w:val="center"/>
        </w:trPr>
        <w:tc>
          <w:tcPr>
            <w:tcW w:w="475" w:type="dxa"/>
            <w:shd w:val="clear" w:color="auto" w:fill="FFFFFF"/>
            <w:tcMar>
              <w:top w:w="32" w:type="dxa"/>
              <w:left w:w="70" w:type="dxa"/>
              <w:bottom w:w="32" w:type="dxa"/>
              <w:right w:w="70" w:type="dxa"/>
            </w:tcMar>
            <w:vAlign w:val="center"/>
          </w:tcPr>
          <w:p w14:paraId="7AD8E4DD" w14:textId="77777777" w:rsidR="007E00EE" w:rsidRPr="00276EA6" w:rsidRDefault="00000000">
            <w:pPr>
              <w:spacing w:line="240" w:lineRule="auto"/>
              <w:jc w:val="center"/>
              <w:rPr>
                <w:szCs w:val="18"/>
                <w:lang w:val="tr-TR"/>
              </w:rPr>
            </w:pPr>
            <w:r w:rsidRPr="00276EA6">
              <w:rPr>
                <w:rFonts w:eastAsia="Arial"/>
                <w:b/>
                <w:color w:val="17365D"/>
                <w:sz w:val="17"/>
                <w:lang w:val="tr-TR"/>
              </w:rPr>
              <w:t>5</w:t>
            </w:r>
          </w:p>
        </w:tc>
        <w:tc>
          <w:tcPr>
            <w:tcW w:w="6149" w:type="dxa"/>
            <w:shd w:val="clear" w:color="auto" w:fill="FFFFFF"/>
            <w:tcMar>
              <w:top w:w="32" w:type="dxa"/>
              <w:left w:w="70" w:type="dxa"/>
              <w:bottom w:w="32" w:type="dxa"/>
              <w:right w:w="70" w:type="dxa"/>
            </w:tcMar>
            <w:vAlign w:val="center"/>
          </w:tcPr>
          <w:p w14:paraId="6DD0FA5A" w14:textId="77777777" w:rsidR="007E00EE" w:rsidRPr="00276EA6" w:rsidRDefault="00000000">
            <w:pPr>
              <w:spacing w:line="240" w:lineRule="auto"/>
              <w:rPr>
                <w:szCs w:val="18"/>
                <w:lang w:val="tr-TR"/>
              </w:rPr>
            </w:pPr>
            <w:r w:rsidRPr="00276EA6">
              <w:rPr>
                <w:rFonts w:eastAsia="Arial"/>
                <w:color w:val="222222"/>
                <w:sz w:val="17"/>
                <w:lang w:val="tr-TR"/>
              </w:rPr>
              <w:t>Kimliğim gizli olsa bile internette sorumlu davranırım.</w:t>
            </w:r>
          </w:p>
        </w:tc>
        <w:tc>
          <w:tcPr>
            <w:tcW w:w="686" w:type="dxa"/>
            <w:shd w:val="clear" w:color="auto" w:fill="FFFFFF"/>
            <w:tcMar>
              <w:top w:w="32" w:type="dxa"/>
              <w:left w:w="20" w:type="dxa"/>
              <w:bottom w:w="32" w:type="dxa"/>
              <w:right w:w="20" w:type="dxa"/>
            </w:tcMar>
            <w:vAlign w:val="center"/>
          </w:tcPr>
          <w:p w14:paraId="05214982"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690DA89C"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4C0A6534"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45D95162"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3D14001B"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r w:rsidR="007E00EE" w:rsidRPr="00276EA6" w14:paraId="3CAE75D5" w14:textId="77777777">
        <w:trPr>
          <w:cantSplit/>
          <w:trHeight w:val="418"/>
          <w:jc w:val="center"/>
        </w:trPr>
        <w:tc>
          <w:tcPr>
            <w:tcW w:w="475" w:type="dxa"/>
            <w:shd w:val="clear" w:color="auto" w:fill="F2F5F7"/>
            <w:tcMar>
              <w:top w:w="32" w:type="dxa"/>
              <w:left w:w="70" w:type="dxa"/>
              <w:bottom w:w="32" w:type="dxa"/>
              <w:right w:w="70" w:type="dxa"/>
            </w:tcMar>
            <w:vAlign w:val="center"/>
          </w:tcPr>
          <w:p w14:paraId="7B747E8D" w14:textId="77777777" w:rsidR="007E00EE" w:rsidRPr="00276EA6" w:rsidRDefault="00000000">
            <w:pPr>
              <w:spacing w:line="240" w:lineRule="auto"/>
              <w:jc w:val="center"/>
              <w:rPr>
                <w:szCs w:val="18"/>
                <w:lang w:val="tr-TR"/>
              </w:rPr>
            </w:pPr>
            <w:r w:rsidRPr="00276EA6">
              <w:rPr>
                <w:rFonts w:eastAsia="Arial"/>
                <w:b/>
                <w:color w:val="17365D"/>
                <w:sz w:val="17"/>
                <w:lang w:val="tr-TR"/>
              </w:rPr>
              <w:t>6</w:t>
            </w:r>
          </w:p>
        </w:tc>
        <w:tc>
          <w:tcPr>
            <w:tcW w:w="6149" w:type="dxa"/>
            <w:shd w:val="clear" w:color="auto" w:fill="F2F5F7"/>
            <w:tcMar>
              <w:top w:w="32" w:type="dxa"/>
              <w:left w:w="70" w:type="dxa"/>
              <w:bottom w:w="32" w:type="dxa"/>
              <w:right w:w="70" w:type="dxa"/>
            </w:tcMar>
            <w:vAlign w:val="center"/>
          </w:tcPr>
          <w:p w14:paraId="3F27CE8D" w14:textId="77777777" w:rsidR="007E00EE" w:rsidRPr="00276EA6" w:rsidRDefault="00000000">
            <w:pPr>
              <w:spacing w:line="240" w:lineRule="auto"/>
              <w:rPr>
                <w:szCs w:val="18"/>
                <w:lang w:val="tr-TR"/>
              </w:rPr>
            </w:pPr>
            <w:r w:rsidRPr="00276EA6">
              <w:rPr>
                <w:rFonts w:eastAsia="Arial"/>
                <w:color w:val="222222"/>
                <w:sz w:val="17"/>
                <w:lang w:val="tr-TR"/>
              </w:rPr>
              <w:t>Dijital ortamda yaptığım davranışların sonuçlarını üstlenirim.</w:t>
            </w:r>
          </w:p>
        </w:tc>
        <w:tc>
          <w:tcPr>
            <w:tcW w:w="686" w:type="dxa"/>
            <w:shd w:val="clear" w:color="auto" w:fill="F2F5F7"/>
            <w:tcMar>
              <w:top w:w="32" w:type="dxa"/>
              <w:left w:w="20" w:type="dxa"/>
              <w:bottom w:w="32" w:type="dxa"/>
              <w:right w:w="20" w:type="dxa"/>
            </w:tcMar>
            <w:vAlign w:val="center"/>
          </w:tcPr>
          <w:p w14:paraId="752BBD47"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2A0946A1"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40E74F74"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04DFDB21"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1AE62721"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r w:rsidR="007E00EE" w:rsidRPr="00276EA6" w14:paraId="6213AF5D" w14:textId="77777777">
        <w:trPr>
          <w:cantSplit/>
          <w:trHeight w:val="418"/>
          <w:jc w:val="center"/>
        </w:trPr>
        <w:tc>
          <w:tcPr>
            <w:tcW w:w="475" w:type="dxa"/>
            <w:shd w:val="clear" w:color="auto" w:fill="FFFFFF"/>
            <w:tcMar>
              <w:top w:w="32" w:type="dxa"/>
              <w:left w:w="70" w:type="dxa"/>
              <w:bottom w:w="32" w:type="dxa"/>
              <w:right w:w="70" w:type="dxa"/>
            </w:tcMar>
            <w:vAlign w:val="center"/>
          </w:tcPr>
          <w:p w14:paraId="0BEB452C" w14:textId="77777777" w:rsidR="007E00EE" w:rsidRPr="00276EA6" w:rsidRDefault="00000000">
            <w:pPr>
              <w:spacing w:line="240" w:lineRule="auto"/>
              <w:jc w:val="center"/>
              <w:rPr>
                <w:szCs w:val="18"/>
                <w:lang w:val="tr-TR"/>
              </w:rPr>
            </w:pPr>
            <w:r w:rsidRPr="00276EA6">
              <w:rPr>
                <w:rFonts w:eastAsia="Arial"/>
                <w:b/>
                <w:color w:val="17365D"/>
                <w:sz w:val="17"/>
                <w:lang w:val="tr-TR"/>
              </w:rPr>
              <w:t>7</w:t>
            </w:r>
          </w:p>
        </w:tc>
        <w:tc>
          <w:tcPr>
            <w:tcW w:w="6149" w:type="dxa"/>
            <w:shd w:val="clear" w:color="auto" w:fill="FFFFFF"/>
            <w:tcMar>
              <w:top w:w="32" w:type="dxa"/>
              <w:left w:w="70" w:type="dxa"/>
              <w:bottom w:w="32" w:type="dxa"/>
              <w:right w:w="70" w:type="dxa"/>
            </w:tcMar>
            <w:vAlign w:val="center"/>
          </w:tcPr>
          <w:p w14:paraId="5BC965D3" w14:textId="77777777" w:rsidR="007E00EE" w:rsidRPr="00276EA6" w:rsidRDefault="00000000">
            <w:pPr>
              <w:spacing w:line="240" w:lineRule="auto"/>
              <w:rPr>
                <w:szCs w:val="18"/>
                <w:lang w:val="tr-TR"/>
              </w:rPr>
            </w:pPr>
            <w:r w:rsidRPr="00276EA6">
              <w:rPr>
                <w:rFonts w:eastAsia="Arial"/>
                <w:color w:val="222222"/>
                <w:sz w:val="17"/>
                <w:lang w:val="tr-TR"/>
              </w:rPr>
              <w:t>Başkalarına zarar verecek içerikleri paylaşmaktan kaçınırım.</w:t>
            </w:r>
          </w:p>
        </w:tc>
        <w:tc>
          <w:tcPr>
            <w:tcW w:w="686" w:type="dxa"/>
            <w:shd w:val="clear" w:color="auto" w:fill="FFFFFF"/>
            <w:tcMar>
              <w:top w:w="32" w:type="dxa"/>
              <w:left w:w="20" w:type="dxa"/>
              <w:bottom w:w="32" w:type="dxa"/>
              <w:right w:w="20" w:type="dxa"/>
            </w:tcMar>
            <w:vAlign w:val="center"/>
          </w:tcPr>
          <w:p w14:paraId="58543C5F"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329CF7DB"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4ADD6340"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2A356E29"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5ECFE18D"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r w:rsidR="007E00EE" w:rsidRPr="00276EA6" w14:paraId="5C046A59" w14:textId="77777777">
        <w:trPr>
          <w:cantSplit/>
          <w:trHeight w:val="418"/>
          <w:jc w:val="center"/>
        </w:trPr>
        <w:tc>
          <w:tcPr>
            <w:tcW w:w="475" w:type="dxa"/>
            <w:shd w:val="clear" w:color="auto" w:fill="F2F5F7"/>
            <w:tcMar>
              <w:top w:w="32" w:type="dxa"/>
              <w:left w:w="70" w:type="dxa"/>
              <w:bottom w:w="32" w:type="dxa"/>
              <w:right w:w="70" w:type="dxa"/>
            </w:tcMar>
            <w:vAlign w:val="center"/>
          </w:tcPr>
          <w:p w14:paraId="283B61B9" w14:textId="77777777" w:rsidR="007E00EE" w:rsidRPr="00276EA6" w:rsidRDefault="00000000">
            <w:pPr>
              <w:spacing w:line="240" w:lineRule="auto"/>
              <w:jc w:val="center"/>
              <w:rPr>
                <w:szCs w:val="18"/>
                <w:lang w:val="tr-TR"/>
              </w:rPr>
            </w:pPr>
            <w:r w:rsidRPr="00276EA6">
              <w:rPr>
                <w:rFonts w:eastAsia="Arial"/>
                <w:b/>
                <w:color w:val="17365D"/>
                <w:sz w:val="17"/>
                <w:lang w:val="tr-TR"/>
              </w:rPr>
              <w:t>8</w:t>
            </w:r>
          </w:p>
        </w:tc>
        <w:tc>
          <w:tcPr>
            <w:tcW w:w="6149" w:type="dxa"/>
            <w:shd w:val="clear" w:color="auto" w:fill="F2F5F7"/>
            <w:tcMar>
              <w:top w:w="32" w:type="dxa"/>
              <w:left w:w="70" w:type="dxa"/>
              <w:bottom w:w="32" w:type="dxa"/>
              <w:right w:w="70" w:type="dxa"/>
            </w:tcMar>
            <w:vAlign w:val="center"/>
          </w:tcPr>
          <w:p w14:paraId="0920AF02" w14:textId="77777777" w:rsidR="007E00EE" w:rsidRPr="00276EA6" w:rsidRDefault="00000000">
            <w:pPr>
              <w:spacing w:line="240" w:lineRule="auto"/>
              <w:rPr>
                <w:szCs w:val="18"/>
                <w:lang w:val="tr-TR"/>
              </w:rPr>
            </w:pPr>
            <w:r w:rsidRPr="00276EA6">
              <w:rPr>
                <w:rFonts w:eastAsia="Arial"/>
                <w:color w:val="222222"/>
                <w:sz w:val="17"/>
                <w:lang w:val="tr-TR"/>
              </w:rPr>
              <w:t>Kimsenin denetlemediği dijital ortamlarda bile kendimi sınırlarım.</w:t>
            </w:r>
          </w:p>
        </w:tc>
        <w:tc>
          <w:tcPr>
            <w:tcW w:w="686" w:type="dxa"/>
            <w:shd w:val="clear" w:color="auto" w:fill="F2F5F7"/>
            <w:tcMar>
              <w:top w:w="32" w:type="dxa"/>
              <w:left w:w="20" w:type="dxa"/>
              <w:bottom w:w="32" w:type="dxa"/>
              <w:right w:w="20" w:type="dxa"/>
            </w:tcMar>
            <w:vAlign w:val="center"/>
          </w:tcPr>
          <w:p w14:paraId="45E68710"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37D85884"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01C8826B"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043FFAC6"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25841E61"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r w:rsidR="007E00EE" w:rsidRPr="00276EA6" w14:paraId="3CEF5864" w14:textId="77777777">
        <w:trPr>
          <w:cantSplit/>
          <w:trHeight w:val="418"/>
          <w:jc w:val="center"/>
        </w:trPr>
        <w:tc>
          <w:tcPr>
            <w:tcW w:w="475" w:type="dxa"/>
            <w:shd w:val="clear" w:color="auto" w:fill="FFFFFF"/>
            <w:tcMar>
              <w:top w:w="32" w:type="dxa"/>
              <w:left w:w="70" w:type="dxa"/>
              <w:bottom w:w="32" w:type="dxa"/>
              <w:right w:w="70" w:type="dxa"/>
            </w:tcMar>
            <w:vAlign w:val="center"/>
          </w:tcPr>
          <w:p w14:paraId="3070AE47" w14:textId="77777777" w:rsidR="007E00EE" w:rsidRPr="00276EA6" w:rsidRDefault="00000000">
            <w:pPr>
              <w:spacing w:line="240" w:lineRule="auto"/>
              <w:jc w:val="center"/>
              <w:rPr>
                <w:szCs w:val="18"/>
                <w:lang w:val="tr-TR"/>
              </w:rPr>
            </w:pPr>
            <w:r w:rsidRPr="00276EA6">
              <w:rPr>
                <w:rFonts w:eastAsia="Arial"/>
                <w:b/>
                <w:color w:val="17365D"/>
                <w:sz w:val="17"/>
                <w:lang w:val="tr-TR"/>
              </w:rPr>
              <w:t>9</w:t>
            </w:r>
          </w:p>
        </w:tc>
        <w:tc>
          <w:tcPr>
            <w:tcW w:w="6149" w:type="dxa"/>
            <w:shd w:val="clear" w:color="auto" w:fill="FFFFFF"/>
            <w:tcMar>
              <w:top w:w="32" w:type="dxa"/>
              <w:left w:w="70" w:type="dxa"/>
              <w:bottom w:w="32" w:type="dxa"/>
              <w:right w:w="70" w:type="dxa"/>
            </w:tcMar>
            <w:vAlign w:val="center"/>
          </w:tcPr>
          <w:p w14:paraId="6DDA9A61" w14:textId="77777777" w:rsidR="007E00EE" w:rsidRPr="00276EA6" w:rsidRDefault="00000000">
            <w:pPr>
              <w:spacing w:line="240" w:lineRule="auto"/>
              <w:rPr>
                <w:szCs w:val="18"/>
                <w:lang w:val="tr-TR"/>
              </w:rPr>
            </w:pPr>
            <w:r w:rsidRPr="00276EA6">
              <w:rPr>
                <w:rFonts w:eastAsia="Arial"/>
                <w:color w:val="222222"/>
                <w:sz w:val="17"/>
                <w:lang w:val="tr-TR"/>
              </w:rPr>
              <w:t>İnternette yazdıklarımın karşımdaki kişiyi nasıl hissettireceğini düşünürüm.</w:t>
            </w:r>
          </w:p>
        </w:tc>
        <w:tc>
          <w:tcPr>
            <w:tcW w:w="686" w:type="dxa"/>
            <w:shd w:val="clear" w:color="auto" w:fill="FFFFFF"/>
            <w:tcMar>
              <w:top w:w="32" w:type="dxa"/>
              <w:left w:w="20" w:type="dxa"/>
              <w:bottom w:w="32" w:type="dxa"/>
              <w:right w:w="20" w:type="dxa"/>
            </w:tcMar>
            <w:vAlign w:val="center"/>
          </w:tcPr>
          <w:p w14:paraId="76616B1A"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1256CBFE"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26DC9961"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77F4EA5D"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09CFE09C"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r w:rsidR="007E00EE" w:rsidRPr="00276EA6" w14:paraId="7010A4CD" w14:textId="77777777">
        <w:trPr>
          <w:cantSplit/>
          <w:trHeight w:val="418"/>
          <w:jc w:val="center"/>
        </w:trPr>
        <w:tc>
          <w:tcPr>
            <w:tcW w:w="475" w:type="dxa"/>
            <w:shd w:val="clear" w:color="auto" w:fill="F2F5F7"/>
            <w:tcMar>
              <w:top w:w="32" w:type="dxa"/>
              <w:left w:w="70" w:type="dxa"/>
              <w:bottom w:w="32" w:type="dxa"/>
              <w:right w:w="70" w:type="dxa"/>
            </w:tcMar>
            <w:vAlign w:val="center"/>
          </w:tcPr>
          <w:p w14:paraId="451ECBD8" w14:textId="77777777" w:rsidR="007E00EE" w:rsidRPr="00276EA6" w:rsidRDefault="00000000">
            <w:pPr>
              <w:spacing w:line="240" w:lineRule="auto"/>
              <w:jc w:val="center"/>
              <w:rPr>
                <w:szCs w:val="18"/>
                <w:lang w:val="tr-TR"/>
              </w:rPr>
            </w:pPr>
            <w:r w:rsidRPr="00276EA6">
              <w:rPr>
                <w:rFonts w:eastAsia="Arial"/>
                <w:b/>
                <w:color w:val="17365D"/>
                <w:sz w:val="17"/>
                <w:lang w:val="tr-TR"/>
              </w:rPr>
              <w:t>10</w:t>
            </w:r>
          </w:p>
        </w:tc>
        <w:tc>
          <w:tcPr>
            <w:tcW w:w="6149" w:type="dxa"/>
            <w:shd w:val="clear" w:color="auto" w:fill="F2F5F7"/>
            <w:tcMar>
              <w:top w:w="32" w:type="dxa"/>
              <w:left w:w="70" w:type="dxa"/>
              <w:bottom w:w="32" w:type="dxa"/>
              <w:right w:w="70" w:type="dxa"/>
            </w:tcMar>
            <w:vAlign w:val="center"/>
          </w:tcPr>
          <w:p w14:paraId="497EFD4D" w14:textId="77777777" w:rsidR="007E00EE" w:rsidRPr="00276EA6" w:rsidRDefault="00000000">
            <w:pPr>
              <w:spacing w:line="240" w:lineRule="auto"/>
              <w:rPr>
                <w:szCs w:val="18"/>
                <w:lang w:val="tr-TR"/>
              </w:rPr>
            </w:pPr>
            <w:r w:rsidRPr="00276EA6">
              <w:rPr>
                <w:rFonts w:eastAsia="Arial"/>
                <w:color w:val="222222"/>
                <w:sz w:val="17"/>
                <w:lang w:val="tr-TR"/>
              </w:rPr>
              <w:t>Dijital ortamda insanların onuruna saygı gösterilmesi gerektiğine inanırım.</w:t>
            </w:r>
          </w:p>
        </w:tc>
        <w:tc>
          <w:tcPr>
            <w:tcW w:w="686" w:type="dxa"/>
            <w:shd w:val="clear" w:color="auto" w:fill="F2F5F7"/>
            <w:tcMar>
              <w:top w:w="32" w:type="dxa"/>
              <w:left w:w="20" w:type="dxa"/>
              <w:bottom w:w="32" w:type="dxa"/>
              <w:right w:w="20" w:type="dxa"/>
            </w:tcMar>
            <w:vAlign w:val="center"/>
          </w:tcPr>
          <w:p w14:paraId="27C85907"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4C0C2427"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08D3D85E"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42204CB7"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6C2BD5A7"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r w:rsidR="007E00EE" w:rsidRPr="00276EA6" w14:paraId="130CC2C8" w14:textId="77777777">
        <w:trPr>
          <w:cantSplit/>
          <w:trHeight w:val="418"/>
          <w:jc w:val="center"/>
        </w:trPr>
        <w:tc>
          <w:tcPr>
            <w:tcW w:w="475" w:type="dxa"/>
            <w:shd w:val="clear" w:color="auto" w:fill="FFFFFF"/>
            <w:tcMar>
              <w:top w:w="32" w:type="dxa"/>
              <w:left w:w="70" w:type="dxa"/>
              <w:bottom w:w="32" w:type="dxa"/>
              <w:right w:w="70" w:type="dxa"/>
            </w:tcMar>
            <w:vAlign w:val="center"/>
          </w:tcPr>
          <w:p w14:paraId="498F4E2C" w14:textId="77777777" w:rsidR="007E00EE" w:rsidRPr="00276EA6" w:rsidRDefault="00000000">
            <w:pPr>
              <w:spacing w:line="240" w:lineRule="auto"/>
              <w:jc w:val="center"/>
              <w:rPr>
                <w:szCs w:val="18"/>
                <w:lang w:val="tr-TR"/>
              </w:rPr>
            </w:pPr>
            <w:r w:rsidRPr="00276EA6">
              <w:rPr>
                <w:rFonts w:eastAsia="Arial"/>
                <w:b/>
                <w:color w:val="17365D"/>
                <w:sz w:val="17"/>
                <w:lang w:val="tr-TR"/>
              </w:rPr>
              <w:t>11</w:t>
            </w:r>
          </w:p>
        </w:tc>
        <w:tc>
          <w:tcPr>
            <w:tcW w:w="6149" w:type="dxa"/>
            <w:shd w:val="clear" w:color="auto" w:fill="FFFFFF"/>
            <w:tcMar>
              <w:top w:w="32" w:type="dxa"/>
              <w:left w:w="70" w:type="dxa"/>
              <w:bottom w:w="32" w:type="dxa"/>
              <w:right w:w="70" w:type="dxa"/>
            </w:tcMar>
            <w:vAlign w:val="center"/>
          </w:tcPr>
          <w:p w14:paraId="19B6D803" w14:textId="77777777" w:rsidR="007E00EE" w:rsidRPr="00276EA6" w:rsidRDefault="00000000">
            <w:pPr>
              <w:spacing w:line="240" w:lineRule="auto"/>
              <w:rPr>
                <w:szCs w:val="18"/>
                <w:lang w:val="tr-TR"/>
              </w:rPr>
            </w:pPr>
            <w:r w:rsidRPr="00276EA6">
              <w:rPr>
                <w:rFonts w:eastAsia="Arial"/>
                <w:color w:val="222222"/>
                <w:sz w:val="17"/>
                <w:lang w:val="tr-TR"/>
              </w:rPr>
              <w:t>Sosyal medyada yapılan alaycı paylaşımlar beni rahatsız eder.</w:t>
            </w:r>
          </w:p>
        </w:tc>
        <w:tc>
          <w:tcPr>
            <w:tcW w:w="686" w:type="dxa"/>
            <w:shd w:val="clear" w:color="auto" w:fill="FFFFFF"/>
            <w:tcMar>
              <w:top w:w="32" w:type="dxa"/>
              <w:left w:w="20" w:type="dxa"/>
              <w:bottom w:w="32" w:type="dxa"/>
              <w:right w:w="20" w:type="dxa"/>
            </w:tcMar>
            <w:vAlign w:val="center"/>
          </w:tcPr>
          <w:p w14:paraId="16899F65"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38B490ED"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0228A686"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6C890EA9"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61045B23"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r w:rsidR="007E00EE" w:rsidRPr="00276EA6" w14:paraId="367DB746" w14:textId="77777777">
        <w:trPr>
          <w:cantSplit/>
          <w:trHeight w:val="418"/>
          <w:jc w:val="center"/>
        </w:trPr>
        <w:tc>
          <w:tcPr>
            <w:tcW w:w="475" w:type="dxa"/>
            <w:shd w:val="clear" w:color="auto" w:fill="F2F5F7"/>
            <w:tcMar>
              <w:top w:w="32" w:type="dxa"/>
              <w:left w:w="70" w:type="dxa"/>
              <w:bottom w:w="32" w:type="dxa"/>
              <w:right w:w="70" w:type="dxa"/>
            </w:tcMar>
            <w:vAlign w:val="center"/>
          </w:tcPr>
          <w:p w14:paraId="6B9933EB" w14:textId="77777777" w:rsidR="007E00EE" w:rsidRPr="00276EA6" w:rsidRDefault="00000000">
            <w:pPr>
              <w:spacing w:line="240" w:lineRule="auto"/>
              <w:jc w:val="center"/>
              <w:rPr>
                <w:szCs w:val="18"/>
                <w:lang w:val="tr-TR"/>
              </w:rPr>
            </w:pPr>
            <w:r w:rsidRPr="00276EA6">
              <w:rPr>
                <w:rFonts w:eastAsia="Arial"/>
                <w:b/>
                <w:color w:val="17365D"/>
                <w:sz w:val="17"/>
                <w:lang w:val="tr-TR"/>
              </w:rPr>
              <w:t>12</w:t>
            </w:r>
          </w:p>
        </w:tc>
        <w:tc>
          <w:tcPr>
            <w:tcW w:w="6149" w:type="dxa"/>
            <w:shd w:val="clear" w:color="auto" w:fill="F2F5F7"/>
            <w:tcMar>
              <w:top w:w="32" w:type="dxa"/>
              <w:left w:w="70" w:type="dxa"/>
              <w:bottom w:w="32" w:type="dxa"/>
              <w:right w:w="70" w:type="dxa"/>
            </w:tcMar>
            <w:vAlign w:val="center"/>
          </w:tcPr>
          <w:p w14:paraId="6F69A03A" w14:textId="77777777" w:rsidR="007E00EE" w:rsidRPr="00276EA6" w:rsidRDefault="00000000">
            <w:pPr>
              <w:spacing w:line="240" w:lineRule="auto"/>
              <w:rPr>
                <w:szCs w:val="18"/>
                <w:lang w:val="tr-TR"/>
              </w:rPr>
            </w:pPr>
            <w:r w:rsidRPr="00276EA6">
              <w:rPr>
                <w:rFonts w:eastAsia="Arial"/>
                <w:color w:val="222222"/>
                <w:sz w:val="17"/>
                <w:lang w:val="tr-TR"/>
              </w:rPr>
              <w:t>Tanımadığım kişilere karşı da çevrim içi ortamlarda saygılı davranırım.</w:t>
            </w:r>
          </w:p>
        </w:tc>
        <w:tc>
          <w:tcPr>
            <w:tcW w:w="686" w:type="dxa"/>
            <w:shd w:val="clear" w:color="auto" w:fill="F2F5F7"/>
            <w:tcMar>
              <w:top w:w="32" w:type="dxa"/>
              <w:left w:w="20" w:type="dxa"/>
              <w:bottom w:w="32" w:type="dxa"/>
              <w:right w:w="20" w:type="dxa"/>
            </w:tcMar>
            <w:vAlign w:val="center"/>
          </w:tcPr>
          <w:p w14:paraId="4234B39A"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7ADAEF63"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3C1E9E01"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7DA05BB5"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0BEB3CAC"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r w:rsidR="007E00EE" w:rsidRPr="00276EA6" w14:paraId="4DC7DD30" w14:textId="77777777">
        <w:trPr>
          <w:cantSplit/>
          <w:trHeight w:val="418"/>
          <w:jc w:val="center"/>
        </w:trPr>
        <w:tc>
          <w:tcPr>
            <w:tcW w:w="475" w:type="dxa"/>
            <w:shd w:val="clear" w:color="auto" w:fill="FFFFFF"/>
            <w:tcMar>
              <w:top w:w="32" w:type="dxa"/>
              <w:left w:w="70" w:type="dxa"/>
              <w:bottom w:w="32" w:type="dxa"/>
              <w:right w:w="70" w:type="dxa"/>
            </w:tcMar>
            <w:vAlign w:val="center"/>
          </w:tcPr>
          <w:p w14:paraId="0FECCCBA" w14:textId="77777777" w:rsidR="007E00EE" w:rsidRPr="00276EA6" w:rsidRDefault="00000000">
            <w:pPr>
              <w:spacing w:line="240" w:lineRule="auto"/>
              <w:jc w:val="center"/>
              <w:rPr>
                <w:szCs w:val="18"/>
                <w:lang w:val="tr-TR"/>
              </w:rPr>
            </w:pPr>
            <w:r w:rsidRPr="00276EA6">
              <w:rPr>
                <w:rFonts w:eastAsia="Arial"/>
                <w:b/>
                <w:color w:val="17365D"/>
                <w:sz w:val="17"/>
                <w:lang w:val="tr-TR"/>
              </w:rPr>
              <w:t>13</w:t>
            </w:r>
          </w:p>
        </w:tc>
        <w:tc>
          <w:tcPr>
            <w:tcW w:w="6149" w:type="dxa"/>
            <w:shd w:val="clear" w:color="auto" w:fill="FFFFFF"/>
            <w:tcMar>
              <w:top w:w="32" w:type="dxa"/>
              <w:left w:w="70" w:type="dxa"/>
              <w:bottom w:w="32" w:type="dxa"/>
              <w:right w:w="70" w:type="dxa"/>
            </w:tcMar>
            <w:vAlign w:val="center"/>
          </w:tcPr>
          <w:p w14:paraId="0A76BC50" w14:textId="77777777" w:rsidR="007E00EE" w:rsidRPr="00276EA6" w:rsidRDefault="00000000">
            <w:pPr>
              <w:spacing w:line="240" w:lineRule="auto"/>
              <w:rPr>
                <w:szCs w:val="18"/>
                <w:lang w:val="tr-TR"/>
              </w:rPr>
            </w:pPr>
            <w:r w:rsidRPr="00276EA6">
              <w:rPr>
                <w:rFonts w:eastAsia="Arial"/>
                <w:color w:val="222222"/>
                <w:sz w:val="17"/>
                <w:lang w:val="tr-TR"/>
              </w:rPr>
              <w:t>Başkalarına ait özel bilgilerin izinsiz paylaşılmasını yanlış bulurum.</w:t>
            </w:r>
          </w:p>
        </w:tc>
        <w:tc>
          <w:tcPr>
            <w:tcW w:w="686" w:type="dxa"/>
            <w:shd w:val="clear" w:color="auto" w:fill="FFFFFF"/>
            <w:tcMar>
              <w:top w:w="32" w:type="dxa"/>
              <w:left w:w="20" w:type="dxa"/>
              <w:bottom w:w="32" w:type="dxa"/>
              <w:right w:w="20" w:type="dxa"/>
            </w:tcMar>
            <w:vAlign w:val="center"/>
          </w:tcPr>
          <w:p w14:paraId="0822FA25"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40E30FF1"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61E77AB9"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085BF3D0"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4AA5158E"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r w:rsidR="007E00EE" w:rsidRPr="00276EA6" w14:paraId="0B2E19AA" w14:textId="77777777">
        <w:trPr>
          <w:cantSplit/>
          <w:trHeight w:val="418"/>
          <w:jc w:val="center"/>
        </w:trPr>
        <w:tc>
          <w:tcPr>
            <w:tcW w:w="475" w:type="dxa"/>
            <w:shd w:val="clear" w:color="auto" w:fill="F2F5F7"/>
            <w:tcMar>
              <w:top w:w="32" w:type="dxa"/>
              <w:left w:w="70" w:type="dxa"/>
              <w:bottom w:w="32" w:type="dxa"/>
              <w:right w:w="70" w:type="dxa"/>
            </w:tcMar>
            <w:vAlign w:val="center"/>
          </w:tcPr>
          <w:p w14:paraId="077D4DB0" w14:textId="77777777" w:rsidR="007E00EE" w:rsidRPr="00276EA6" w:rsidRDefault="00000000">
            <w:pPr>
              <w:spacing w:line="240" w:lineRule="auto"/>
              <w:jc w:val="center"/>
              <w:rPr>
                <w:szCs w:val="18"/>
                <w:lang w:val="tr-TR"/>
              </w:rPr>
            </w:pPr>
            <w:r w:rsidRPr="00276EA6">
              <w:rPr>
                <w:rFonts w:eastAsia="Arial"/>
                <w:b/>
                <w:color w:val="17365D"/>
                <w:sz w:val="17"/>
                <w:lang w:val="tr-TR"/>
              </w:rPr>
              <w:t>14</w:t>
            </w:r>
          </w:p>
        </w:tc>
        <w:tc>
          <w:tcPr>
            <w:tcW w:w="6149" w:type="dxa"/>
            <w:shd w:val="clear" w:color="auto" w:fill="F2F5F7"/>
            <w:tcMar>
              <w:top w:w="32" w:type="dxa"/>
              <w:left w:w="70" w:type="dxa"/>
              <w:bottom w:w="32" w:type="dxa"/>
              <w:right w:w="70" w:type="dxa"/>
            </w:tcMar>
            <w:vAlign w:val="center"/>
          </w:tcPr>
          <w:p w14:paraId="6D1A04D8" w14:textId="77777777" w:rsidR="007E00EE" w:rsidRPr="00276EA6" w:rsidRDefault="00000000">
            <w:pPr>
              <w:spacing w:line="240" w:lineRule="auto"/>
              <w:rPr>
                <w:szCs w:val="18"/>
                <w:lang w:val="tr-TR"/>
              </w:rPr>
            </w:pPr>
            <w:r w:rsidRPr="00276EA6">
              <w:rPr>
                <w:rFonts w:eastAsia="Arial"/>
                <w:color w:val="222222"/>
                <w:sz w:val="17"/>
                <w:lang w:val="tr-TR"/>
              </w:rPr>
              <w:t>Birinin fotoğrafını izni olmadan paylaşmam.</w:t>
            </w:r>
          </w:p>
        </w:tc>
        <w:tc>
          <w:tcPr>
            <w:tcW w:w="686" w:type="dxa"/>
            <w:shd w:val="clear" w:color="auto" w:fill="F2F5F7"/>
            <w:tcMar>
              <w:top w:w="32" w:type="dxa"/>
              <w:left w:w="20" w:type="dxa"/>
              <w:bottom w:w="32" w:type="dxa"/>
              <w:right w:w="20" w:type="dxa"/>
            </w:tcMar>
            <w:vAlign w:val="center"/>
          </w:tcPr>
          <w:p w14:paraId="1A38BD3F"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0DC0C739"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37A78510"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30A888DC"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4C9735CA"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r w:rsidR="007E00EE" w:rsidRPr="00276EA6" w14:paraId="6774EE82" w14:textId="77777777">
        <w:trPr>
          <w:cantSplit/>
          <w:trHeight w:val="418"/>
          <w:jc w:val="center"/>
        </w:trPr>
        <w:tc>
          <w:tcPr>
            <w:tcW w:w="475" w:type="dxa"/>
            <w:shd w:val="clear" w:color="auto" w:fill="FFFFFF"/>
            <w:tcMar>
              <w:top w:w="32" w:type="dxa"/>
              <w:left w:w="70" w:type="dxa"/>
              <w:bottom w:w="32" w:type="dxa"/>
              <w:right w:w="70" w:type="dxa"/>
            </w:tcMar>
            <w:vAlign w:val="center"/>
          </w:tcPr>
          <w:p w14:paraId="029B5558" w14:textId="77777777" w:rsidR="007E00EE" w:rsidRPr="00276EA6" w:rsidRDefault="00000000">
            <w:pPr>
              <w:spacing w:line="240" w:lineRule="auto"/>
              <w:jc w:val="center"/>
              <w:rPr>
                <w:szCs w:val="18"/>
                <w:lang w:val="tr-TR"/>
              </w:rPr>
            </w:pPr>
            <w:r w:rsidRPr="00276EA6">
              <w:rPr>
                <w:rFonts w:eastAsia="Arial"/>
                <w:b/>
                <w:color w:val="17365D"/>
                <w:sz w:val="17"/>
                <w:lang w:val="tr-TR"/>
              </w:rPr>
              <w:t>15</w:t>
            </w:r>
          </w:p>
        </w:tc>
        <w:tc>
          <w:tcPr>
            <w:tcW w:w="6149" w:type="dxa"/>
            <w:shd w:val="clear" w:color="auto" w:fill="FFFFFF"/>
            <w:tcMar>
              <w:top w:w="32" w:type="dxa"/>
              <w:left w:w="70" w:type="dxa"/>
              <w:bottom w:w="32" w:type="dxa"/>
              <w:right w:w="70" w:type="dxa"/>
            </w:tcMar>
            <w:vAlign w:val="center"/>
          </w:tcPr>
          <w:p w14:paraId="1C25C87E" w14:textId="77777777" w:rsidR="007E00EE" w:rsidRPr="00276EA6" w:rsidRDefault="00000000">
            <w:pPr>
              <w:spacing w:line="240" w:lineRule="auto"/>
              <w:rPr>
                <w:szCs w:val="18"/>
                <w:lang w:val="tr-TR"/>
              </w:rPr>
            </w:pPr>
            <w:r w:rsidRPr="00276EA6">
              <w:rPr>
                <w:rFonts w:eastAsia="Arial"/>
                <w:color w:val="222222"/>
                <w:sz w:val="17"/>
                <w:lang w:val="tr-TR"/>
              </w:rPr>
              <w:t>Dijital ortamda kişisel hakların korunması gerektiğini düşünürüm.</w:t>
            </w:r>
          </w:p>
        </w:tc>
        <w:tc>
          <w:tcPr>
            <w:tcW w:w="686" w:type="dxa"/>
            <w:shd w:val="clear" w:color="auto" w:fill="FFFFFF"/>
            <w:tcMar>
              <w:top w:w="32" w:type="dxa"/>
              <w:left w:w="20" w:type="dxa"/>
              <w:bottom w:w="32" w:type="dxa"/>
              <w:right w:w="20" w:type="dxa"/>
            </w:tcMar>
            <w:vAlign w:val="center"/>
          </w:tcPr>
          <w:p w14:paraId="7089541A"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5F6C617B"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5BE48539"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68D7B7DE"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36B5A986"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r w:rsidR="007E00EE" w:rsidRPr="00276EA6" w14:paraId="58FC76CA" w14:textId="77777777">
        <w:trPr>
          <w:cantSplit/>
          <w:trHeight w:val="418"/>
          <w:jc w:val="center"/>
        </w:trPr>
        <w:tc>
          <w:tcPr>
            <w:tcW w:w="475" w:type="dxa"/>
            <w:shd w:val="clear" w:color="auto" w:fill="F2F5F7"/>
            <w:tcMar>
              <w:top w:w="32" w:type="dxa"/>
              <w:left w:w="70" w:type="dxa"/>
              <w:bottom w:w="32" w:type="dxa"/>
              <w:right w:w="70" w:type="dxa"/>
            </w:tcMar>
            <w:vAlign w:val="center"/>
          </w:tcPr>
          <w:p w14:paraId="0BEED197" w14:textId="77777777" w:rsidR="007E00EE" w:rsidRPr="00276EA6" w:rsidRDefault="00000000">
            <w:pPr>
              <w:spacing w:line="240" w:lineRule="auto"/>
              <w:jc w:val="center"/>
              <w:rPr>
                <w:szCs w:val="18"/>
                <w:lang w:val="tr-TR"/>
              </w:rPr>
            </w:pPr>
            <w:r w:rsidRPr="00276EA6">
              <w:rPr>
                <w:rFonts w:eastAsia="Arial"/>
                <w:b/>
                <w:color w:val="17365D"/>
                <w:sz w:val="17"/>
                <w:lang w:val="tr-TR"/>
              </w:rPr>
              <w:t>16</w:t>
            </w:r>
          </w:p>
        </w:tc>
        <w:tc>
          <w:tcPr>
            <w:tcW w:w="6149" w:type="dxa"/>
            <w:shd w:val="clear" w:color="auto" w:fill="F2F5F7"/>
            <w:tcMar>
              <w:top w:w="32" w:type="dxa"/>
              <w:left w:w="70" w:type="dxa"/>
              <w:bottom w:w="32" w:type="dxa"/>
              <w:right w:w="70" w:type="dxa"/>
            </w:tcMar>
            <w:vAlign w:val="center"/>
          </w:tcPr>
          <w:p w14:paraId="63EB3D0F" w14:textId="77777777" w:rsidR="007E00EE" w:rsidRPr="00276EA6" w:rsidRDefault="00000000">
            <w:pPr>
              <w:spacing w:line="240" w:lineRule="auto"/>
              <w:rPr>
                <w:szCs w:val="18"/>
                <w:lang w:val="tr-TR"/>
              </w:rPr>
            </w:pPr>
            <w:r w:rsidRPr="00276EA6">
              <w:rPr>
                <w:rFonts w:eastAsia="Arial"/>
                <w:color w:val="222222"/>
                <w:sz w:val="17"/>
                <w:lang w:val="tr-TR"/>
              </w:rPr>
              <w:t>Gizli kalması gereken bilgilerin yayılmasından rahatsız olurum.</w:t>
            </w:r>
          </w:p>
        </w:tc>
        <w:tc>
          <w:tcPr>
            <w:tcW w:w="686" w:type="dxa"/>
            <w:shd w:val="clear" w:color="auto" w:fill="F2F5F7"/>
            <w:tcMar>
              <w:top w:w="32" w:type="dxa"/>
              <w:left w:w="20" w:type="dxa"/>
              <w:bottom w:w="32" w:type="dxa"/>
              <w:right w:w="20" w:type="dxa"/>
            </w:tcMar>
            <w:vAlign w:val="center"/>
          </w:tcPr>
          <w:p w14:paraId="529252EC"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528405D8"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2DE10EB4"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2DFDE410"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0022F708"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r w:rsidR="007E00EE" w:rsidRPr="00276EA6" w14:paraId="61E4A547" w14:textId="77777777">
        <w:trPr>
          <w:cantSplit/>
          <w:trHeight w:val="418"/>
          <w:jc w:val="center"/>
        </w:trPr>
        <w:tc>
          <w:tcPr>
            <w:tcW w:w="475" w:type="dxa"/>
            <w:shd w:val="clear" w:color="auto" w:fill="FFFFFF"/>
            <w:tcMar>
              <w:top w:w="32" w:type="dxa"/>
              <w:left w:w="70" w:type="dxa"/>
              <w:bottom w:w="32" w:type="dxa"/>
              <w:right w:w="70" w:type="dxa"/>
            </w:tcMar>
            <w:vAlign w:val="center"/>
          </w:tcPr>
          <w:p w14:paraId="68661340" w14:textId="77777777" w:rsidR="007E00EE" w:rsidRPr="00276EA6" w:rsidRDefault="00000000">
            <w:pPr>
              <w:spacing w:line="240" w:lineRule="auto"/>
              <w:jc w:val="center"/>
              <w:rPr>
                <w:szCs w:val="18"/>
                <w:lang w:val="tr-TR"/>
              </w:rPr>
            </w:pPr>
            <w:r w:rsidRPr="00276EA6">
              <w:rPr>
                <w:rFonts w:eastAsia="Arial"/>
                <w:b/>
                <w:color w:val="17365D"/>
                <w:sz w:val="17"/>
                <w:lang w:val="tr-TR"/>
              </w:rPr>
              <w:t>17</w:t>
            </w:r>
          </w:p>
        </w:tc>
        <w:tc>
          <w:tcPr>
            <w:tcW w:w="6149" w:type="dxa"/>
            <w:shd w:val="clear" w:color="auto" w:fill="FFFFFF"/>
            <w:tcMar>
              <w:top w:w="32" w:type="dxa"/>
              <w:left w:w="70" w:type="dxa"/>
              <w:bottom w:w="32" w:type="dxa"/>
              <w:right w:w="70" w:type="dxa"/>
            </w:tcMar>
            <w:vAlign w:val="center"/>
          </w:tcPr>
          <w:p w14:paraId="2EFD5F5C" w14:textId="77777777" w:rsidR="007E00EE" w:rsidRPr="00276EA6" w:rsidRDefault="00000000">
            <w:pPr>
              <w:spacing w:line="240" w:lineRule="auto"/>
              <w:rPr>
                <w:szCs w:val="18"/>
                <w:lang w:val="tr-TR"/>
              </w:rPr>
            </w:pPr>
            <w:r w:rsidRPr="00276EA6">
              <w:rPr>
                <w:rFonts w:eastAsia="Arial"/>
                <w:color w:val="222222"/>
                <w:sz w:val="17"/>
                <w:lang w:val="tr-TR"/>
              </w:rPr>
              <w:t>İnternette birine haksızlık yapıldığını gördüğümde rahatsız olurum.</w:t>
            </w:r>
          </w:p>
        </w:tc>
        <w:tc>
          <w:tcPr>
            <w:tcW w:w="686" w:type="dxa"/>
            <w:shd w:val="clear" w:color="auto" w:fill="FFFFFF"/>
            <w:tcMar>
              <w:top w:w="32" w:type="dxa"/>
              <w:left w:w="20" w:type="dxa"/>
              <w:bottom w:w="32" w:type="dxa"/>
              <w:right w:w="20" w:type="dxa"/>
            </w:tcMar>
            <w:vAlign w:val="center"/>
          </w:tcPr>
          <w:p w14:paraId="49400F7C"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399ED154"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1CD14FB8"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24EC1545"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0FF8C03A"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r w:rsidR="007E00EE" w:rsidRPr="00276EA6" w14:paraId="7E8CF21C" w14:textId="77777777">
        <w:trPr>
          <w:cantSplit/>
          <w:trHeight w:val="418"/>
          <w:jc w:val="center"/>
        </w:trPr>
        <w:tc>
          <w:tcPr>
            <w:tcW w:w="475" w:type="dxa"/>
            <w:shd w:val="clear" w:color="auto" w:fill="F2F5F7"/>
            <w:tcMar>
              <w:top w:w="32" w:type="dxa"/>
              <w:left w:w="70" w:type="dxa"/>
              <w:bottom w:w="32" w:type="dxa"/>
              <w:right w:w="70" w:type="dxa"/>
            </w:tcMar>
            <w:vAlign w:val="center"/>
          </w:tcPr>
          <w:p w14:paraId="1BA57A06" w14:textId="77777777" w:rsidR="007E00EE" w:rsidRPr="00276EA6" w:rsidRDefault="00000000">
            <w:pPr>
              <w:spacing w:line="240" w:lineRule="auto"/>
              <w:jc w:val="center"/>
              <w:rPr>
                <w:szCs w:val="18"/>
                <w:lang w:val="tr-TR"/>
              </w:rPr>
            </w:pPr>
            <w:r w:rsidRPr="00276EA6">
              <w:rPr>
                <w:rFonts w:eastAsia="Arial"/>
                <w:b/>
                <w:color w:val="17365D"/>
                <w:sz w:val="17"/>
                <w:lang w:val="tr-TR"/>
              </w:rPr>
              <w:t>18</w:t>
            </w:r>
          </w:p>
        </w:tc>
        <w:tc>
          <w:tcPr>
            <w:tcW w:w="6149" w:type="dxa"/>
            <w:shd w:val="clear" w:color="auto" w:fill="F2F5F7"/>
            <w:tcMar>
              <w:top w:w="32" w:type="dxa"/>
              <w:left w:w="70" w:type="dxa"/>
              <w:bottom w:w="32" w:type="dxa"/>
              <w:right w:w="70" w:type="dxa"/>
            </w:tcMar>
            <w:vAlign w:val="center"/>
          </w:tcPr>
          <w:p w14:paraId="3646FADE" w14:textId="77777777" w:rsidR="007E00EE" w:rsidRPr="00276EA6" w:rsidRDefault="00000000">
            <w:pPr>
              <w:spacing w:line="240" w:lineRule="auto"/>
              <w:rPr>
                <w:szCs w:val="18"/>
                <w:lang w:val="tr-TR"/>
              </w:rPr>
            </w:pPr>
            <w:r w:rsidRPr="00276EA6">
              <w:rPr>
                <w:rFonts w:eastAsia="Arial"/>
                <w:color w:val="222222"/>
                <w:sz w:val="17"/>
                <w:lang w:val="tr-TR"/>
              </w:rPr>
              <w:t>Dijital zorbalığa maruz kalan kişilere karşı duyarlıyım.</w:t>
            </w:r>
          </w:p>
        </w:tc>
        <w:tc>
          <w:tcPr>
            <w:tcW w:w="686" w:type="dxa"/>
            <w:shd w:val="clear" w:color="auto" w:fill="F2F5F7"/>
            <w:tcMar>
              <w:top w:w="32" w:type="dxa"/>
              <w:left w:w="20" w:type="dxa"/>
              <w:bottom w:w="32" w:type="dxa"/>
              <w:right w:w="20" w:type="dxa"/>
            </w:tcMar>
            <w:vAlign w:val="center"/>
          </w:tcPr>
          <w:p w14:paraId="5C12E373"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5BAC9395"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06A6AF0C"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439612C3"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6F5A8D8A"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r w:rsidR="007E00EE" w:rsidRPr="00276EA6" w14:paraId="7CFA2A7A" w14:textId="77777777">
        <w:trPr>
          <w:cantSplit/>
          <w:trHeight w:val="418"/>
          <w:jc w:val="center"/>
        </w:trPr>
        <w:tc>
          <w:tcPr>
            <w:tcW w:w="475" w:type="dxa"/>
            <w:shd w:val="clear" w:color="auto" w:fill="FFFFFF"/>
            <w:tcMar>
              <w:top w:w="32" w:type="dxa"/>
              <w:left w:w="70" w:type="dxa"/>
              <w:bottom w:w="32" w:type="dxa"/>
              <w:right w:w="70" w:type="dxa"/>
            </w:tcMar>
            <w:vAlign w:val="center"/>
          </w:tcPr>
          <w:p w14:paraId="00312A2A" w14:textId="77777777" w:rsidR="007E00EE" w:rsidRPr="00276EA6" w:rsidRDefault="00000000">
            <w:pPr>
              <w:spacing w:line="240" w:lineRule="auto"/>
              <w:jc w:val="center"/>
              <w:rPr>
                <w:szCs w:val="18"/>
                <w:lang w:val="tr-TR"/>
              </w:rPr>
            </w:pPr>
            <w:r w:rsidRPr="00276EA6">
              <w:rPr>
                <w:rFonts w:eastAsia="Arial"/>
                <w:b/>
                <w:color w:val="17365D"/>
                <w:sz w:val="17"/>
                <w:lang w:val="tr-TR"/>
              </w:rPr>
              <w:t>19</w:t>
            </w:r>
          </w:p>
        </w:tc>
        <w:tc>
          <w:tcPr>
            <w:tcW w:w="6149" w:type="dxa"/>
            <w:shd w:val="clear" w:color="auto" w:fill="FFFFFF"/>
            <w:tcMar>
              <w:top w:w="32" w:type="dxa"/>
              <w:left w:w="70" w:type="dxa"/>
              <w:bottom w:w="32" w:type="dxa"/>
              <w:right w:w="70" w:type="dxa"/>
            </w:tcMar>
            <w:vAlign w:val="center"/>
          </w:tcPr>
          <w:p w14:paraId="792B48D3" w14:textId="77777777" w:rsidR="007E00EE" w:rsidRPr="00276EA6" w:rsidRDefault="00000000">
            <w:pPr>
              <w:spacing w:line="240" w:lineRule="auto"/>
              <w:rPr>
                <w:szCs w:val="18"/>
                <w:lang w:val="tr-TR"/>
              </w:rPr>
            </w:pPr>
            <w:r w:rsidRPr="00276EA6">
              <w:rPr>
                <w:rFonts w:eastAsia="Arial"/>
                <w:color w:val="222222"/>
                <w:sz w:val="17"/>
                <w:lang w:val="tr-TR"/>
              </w:rPr>
              <w:t>Çevrim içi adaletsizliklere sessiz kalmak beni huzursuz eder.</w:t>
            </w:r>
          </w:p>
        </w:tc>
        <w:tc>
          <w:tcPr>
            <w:tcW w:w="686" w:type="dxa"/>
            <w:shd w:val="clear" w:color="auto" w:fill="FFFFFF"/>
            <w:tcMar>
              <w:top w:w="32" w:type="dxa"/>
              <w:left w:w="20" w:type="dxa"/>
              <w:bottom w:w="32" w:type="dxa"/>
              <w:right w:w="20" w:type="dxa"/>
            </w:tcMar>
            <w:vAlign w:val="center"/>
          </w:tcPr>
          <w:p w14:paraId="0C95B002"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658DE70F"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0FE61C58"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09DA130B"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FFFFF"/>
            <w:tcMar>
              <w:top w:w="32" w:type="dxa"/>
              <w:left w:w="20" w:type="dxa"/>
              <w:bottom w:w="32" w:type="dxa"/>
              <w:right w:w="20" w:type="dxa"/>
            </w:tcMar>
            <w:vAlign w:val="center"/>
          </w:tcPr>
          <w:p w14:paraId="0E1953E2"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r w:rsidR="007E00EE" w:rsidRPr="00276EA6" w14:paraId="4D0C3A01" w14:textId="77777777">
        <w:trPr>
          <w:cantSplit/>
          <w:trHeight w:val="418"/>
          <w:jc w:val="center"/>
        </w:trPr>
        <w:tc>
          <w:tcPr>
            <w:tcW w:w="475" w:type="dxa"/>
            <w:shd w:val="clear" w:color="auto" w:fill="F2F5F7"/>
            <w:tcMar>
              <w:top w:w="32" w:type="dxa"/>
              <w:left w:w="70" w:type="dxa"/>
              <w:bottom w:w="32" w:type="dxa"/>
              <w:right w:w="70" w:type="dxa"/>
            </w:tcMar>
            <w:vAlign w:val="center"/>
          </w:tcPr>
          <w:p w14:paraId="69E145C8" w14:textId="77777777" w:rsidR="007E00EE" w:rsidRPr="00276EA6" w:rsidRDefault="00000000">
            <w:pPr>
              <w:spacing w:line="240" w:lineRule="auto"/>
              <w:jc w:val="center"/>
              <w:rPr>
                <w:szCs w:val="18"/>
                <w:lang w:val="tr-TR"/>
              </w:rPr>
            </w:pPr>
            <w:r w:rsidRPr="00276EA6">
              <w:rPr>
                <w:rFonts w:eastAsia="Arial"/>
                <w:b/>
                <w:color w:val="17365D"/>
                <w:sz w:val="17"/>
                <w:lang w:val="tr-TR"/>
              </w:rPr>
              <w:t>20</w:t>
            </w:r>
          </w:p>
        </w:tc>
        <w:tc>
          <w:tcPr>
            <w:tcW w:w="6149" w:type="dxa"/>
            <w:shd w:val="clear" w:color="auto" w:fill="F2F5F7"/>
            <w:tcMar>
              <w:top w:w="32" w:type="dxa"/>
              <w:left w:w="70" w:type="dxa"/>
              <w:bottom w:w="32" w:type="dxa"/>
              <w:right w:w="70" w:type="dxa"/>
            </w:tcMar>
            <w:vAlign w:val="center"/>
          </w:tcPr>
          <w:p w14:paraId="023F0446" w14:textId="77777777" w:rsidR="007E00EE" w:rsidRPr="00276EA6" w:rsidRDefault="00000000">
            <w:pPr>
              <w:spacing w:line="240" w:lineRule="auto"/>
              <w:rPr>
                <w:szCs w:val="18"/>
                <w:lang w:val="tr-TR"/>
              </w:rPr>
            </w:pPr>
            <w:r w:rsidRPr="00276EA6">
              <w:rPr>
                <w:rFonts w:eastAsia="Arial"/>
                <w:color w:val="222222"/>
                <w:sz w:val="17"/>
                <w:lang w:val="tr-TR"/>
              </w:rPr>
              <w:t>Dijital ortamda yanlış bir davranışı görmezden gelmemeye çalışırım.</w:t>
            </w:r>
          </w:p>
        </w:tc>
        <w:tc>
          <w:tcPr>
            <w:tcW w:w="686" w:type="dxa"/>
            <w:shd w:val="clear" w:color="auto" w:fill="F2F5F7"/>
            <w:tcMar>
              <w:top w:w="32" w:type="dxa"/>
              <w:left w:w="20" w:type="dxa"/>
              <w:bottom w:w="32" w:type="dxa"/>
              <w:right w:w="20" w:type="dxa"/>
            </w:tcMar>
            <w:vAlign w:val="center"/>
          </w:tcPr>
          <w:p w14:paraId="469397B8"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273040B8"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012F9948"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1A1808BE"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c>
          <w:tcPr>
            <w:tcW w:w="686" w:type="dxa"/>
            <w:shd w:val="clear" w:color="auto" w:fill="F2F5F7"/>
            <w:tcMar>
              <w:top w:w="32" w:type="dxa"/>
              <w:left w:w="20" w:type="dxa"/>
              <w:bottom w:w="32" w:type="dxa"/>
              <w:right w:w="20" w:type="dxa"/>
            </w:tcMar>
            <w:vAlign w:val="center"/>
          </w:tcPr>
          <w:p w14:paraId="27143399" w14:textId="77777777" w:rsidR="007E00EE" w:rsidRPr="00276EA6" w:rsidRDefault="00000000">
            <w:pPr>
              <w:spacing w:line="240" w:lineRule="auto"/>
              <w:jc w:val="center"/>
              <w:rPr>
                <w:sz w:val="40"/>
                <w:szCs w:val="40"/>
                <w:lang w:val="tr-TR"/>
              </w:rPr>
            </w:pPr>
            <w:r w:rsidRPr="00276EA6">
              <w:rPr>
                <w:rFonts w:eastAsia="Arial"/>
                <w:color w:val="2B7A78"/>
                <w:sz w:val="34"/>
                <w:lang w:val="tr-TR"/>
              </w:rPr>
              <w:t>○</w:t>
            </w:r>
          </w:p>
        </w:tc>
      </w:tr>
    </w:tbl>
    <w:p w14:paraId="243C850E" w14:textId="77777777" w:rsidR="007E00EE" w:rsidRPr="00276EA6" w:rsidRDefault="00000000">
      <w:pPr>
        <w:rPr>
          <w:lang w:val="tr-TR"/>
        </w:rPr>
      </w:pPr>
      <w:r w:rsidRPr="00276EA6">
        <w:rPr>
          <w:lang w:val="tr-TR"/>
        </w:rPr>
        <w:br w:type="page"/>
      </w:r>
    </w:p>
    <w:p w14:paraId="40C931F1" w14:textId="7ADC6E1B" w:rsidR="007E00EE" w:rsidRPr="00276EA6" w:rsidRDefault="00000000">
      <w:pPr>
        <w:pStyle w:val="KonuBal"/>
        <w:pageBreakBefore/>
        <w:spacing w:after="60"/>
        <w:jc w:val="center"/>
        <w:rPr>
          <w:lang w:val="tr-TR"/>
        </w:rPr>
      </w:pPr>
      <w:r w:rsidRPr="00276EA6">
        <w:rPr>
          <w:rFonts w:ascii="Arial" w:eastAsia="Arial" w:hAnsi="Arial"/>
          <w:b/>
          <w:color w:val="000000"/>
          <w:sz w:val="26"/>
          <w:lang w:val="tr-TR"/>
        </w:rPr>
        <w:lastRenderedPageBreak/>
        <w:t>PUANLAMA VE ÖLÇEK KULLANIM BİLGİLERİ</w:t>
      </w:r>
    </w:p>
    <w:p w14:paraId="37D09533" w14:textId="7AD2F656" w:rsidR="007E00EE" w:rsidRPr="00276EA6" w:rsidRDefault="00000000">
      <w:pPr>
        <w:spacing w:after="40" w:line="259" w:lineRule="auto"/>
        <w:rPr>
          <w:lang w:val="tr-TR"/>
        </w:rPr>
      </w:pPr>
      <w:r w:rsidRPr="00276EA6">
        <w:rPr>
          <w:rFonts w:eastAsia="Arial"/>
          <w:color w:val="222222"/>
          <w:lang w:val="tr-TR"/>
        </w:rPr>
        <w:t>Dijital Vicdan Ölçeği, 20 maddeden ve dijital ahlaki vicdan, dijital mahremiyet ve hak farkındalığı ile dijital zarar</w:t>
      </w:r>
      <w:r w:rsidR="00F60E12">
        <w:rPr>
          <w:rFonts w:eastAsia="Arial"/>
          <w:color w:val="222222"/>
          <w:lang w:val="tr-TR"/>
        </w:rPr>
        <w:t>a</w:t>
      </w:r>
      <w:r w:rsidRPr="00276EA6">
        <w:rPr>
          <w:rFonts w:eastAsia="Arial"/>
          <w:color w:val="222222"/>
          <w:lang w:val="tr-TR"/>
        </w:rPr>
        <w:t xml:space="preserve"> duyarlılı</w:t>
      </w:r>
      <w:r w:rsidR="00F60E12">
        <w:rPr>
          <w:rFonts w:eastAsia="Arial"/>
          <w:color w:val="222222"/>
          <w:lang w:val="tr-TR"/>
        </w:rPr>
        <w:t>k</w:t>
      </w:r>
      <w:r w:rsidRPr="00276EA6">
        <w:rPr>
          <w:rFonts w:eastAsia="Arial"/>
          <w:color w:val="222222"/>
          <w:lang w:val="tr-TR"/>
        </w:rPr>
        <w:t xml:space="preserve"> olmak üzere üç alt boyuttan oluşmaktadır. Ölçek, 14-18 yaş aralığındaki ergenlerin dijital ortamlardaki ahlaki yönelimlerini değerlendirmek amacıyla Türkiye'de geliştirilmiş bir öz bildirim aracıdır.</w:t>
      </w:r>
    </w:p>
    <w:p w14:paraId="57F88691" w14:textId="77777777" w:rsidR="007E00EE" w:rsidRPr="00276EA6" w:rsidRDefault="00000000">
      <w:pPr>
        <w:keepNext/>
        <w:spacing w:before="60" w:after="40"/>
        <w:rPr>
          <w:lang w:val="tr-TR"/>
        </w:rPr>
      </w:pPr>
      <w:r w:rsidRPr="00276EA6">
        <w:rPr>
          <w:rFonts w:eastAsia="Arial"/>
          <w:b/>
          <w:color w:val="000000"/>
          <w:sz w:val="20"/>
          <w:lang w:val="tr-TR"/>
        </w:rPr>
        <w:t>Yanıtların kodlanması</w:t>
      </w:r>
    </w:p>
    <w:p w14:paraId="744F4117" w14:textId="4EEDF41C" w:rsidR="007E00EE" w:rsidRPr="00276EA6" w:rsidRDefault="00000000">
      <w:pPr>
        <w:spacing w:after="40" w:line="259" w:lineRule="auto"/>
        <w:rPr>
          <w:lang w:val="tr-TR"/>
        </w:rPr>
      </w:pPr>
      <w:r w:rsidRPr="00276EA6">
        <w:rPr>
          <w:rFonts w:eastAsia="Arial"/>
          <w:color w:val="222222"/>
          <w:lang w:val="tr-TR"/>
        </w:rPr>
        <w:t xml:space="preserve">Maddeler 1 (Kesinlikle katılmıyorum) ile 5 (Kesinlikle katılıyorum) arasında puanlanır. </w:t>
      </w:r>
    </w:p>
    <w:tbl>
      <w:tblPr>
        <w:tblW w:w="0" w:type="auto"/>
        <w:jc w:val="center"/>
        <w:tblLayout w:type="fixed"/>
        <w:tblLook w:val="04A0" w:firstRow="1" w:lastRow="0" w:firstColumn="1" w:lastColumn="0" w:noHBand="0" w:noVBand="1"/>
      </w:tblPr>
      <w:tblGrid>
        <w:gridCol w:w="2600"/>
        <w:gridCol w:w="2275"/>
        <w:gridCol w:w="1123"/>
        <w:gridCol w:w="1411"/>
      </w:tblGrid>
      <w:tr w:rsidR="007E00EE" w:rsidRPr="00276EA6" w14:paraId="10465B93" w14:textId="77777777">
        <w:trPr>
          <w:cantSplit/>
          <w:tblHeader/>
          <w:jc w:val="center"/>
        </w:trPr>
        <w:tc>
          <w:tcPr>
            <w:tcW w:w="2600" w:type="dxa"/>
            <w:shd w:val="clear" w:color="auto" w:fill="17365D"/>
            <w:tcMar>
              <w:top w:w="70" w:type="dxa"/>
              <w:left w:w="70" w:type="dxa"/>
              <w:bottom w:w="70" w:type="dxa"/>
              <w:right w:w="70" w:type="dxa"/>
            </w:tcMar>
            <w:vAlign w:val="center"/>
          </w:tcPr>
          <w:p w14:paraId="1F80F616" w14:textId="77777777" w:rsidR="007E00EE" w:rsidRPr="00276EA6" w:rsidRDefault="00000000">
            <w:pPr>
              <w:spacing w:line="240" w:lineRule="auto"/>
              <w:jc w:val="center"/>
              <w:rPr>
                <w:szCs w:val="18"/>
                <w:lang w:val="tr-TR"/>
              </w:rPr>
            </w:pPr>
            <w:r w:rsidRPr="00276EA6">
              <w:rPr>
                <w:rFonts w:eastAsia="Arial"/>
                <w:b/>
                <w:color w:val="FFFFFF"/>
                <w:sz w:val="17"/>
                <w:lang w:val="tr-TR"/>
              </w:rPr>
              <w:t>Alt boyut</w:t>
            </w:r>
          </w:p>
        </w:tc>
        <w:tc>
          <w:tcPr>
            <w:tcW w:w="2275" w:type="dxa"/>
            <w:shd w:val="clear" w:color="auto" w:fill="17365D"/>
            <w:tcMar>
              <w:top w:w="70" w:type="dxa"/>
              <w:left w:w="70" w:type="dxa"/>
              <w:bottom w:w="70" w:type="dxa"/>
              <w:right w:w="70" w:type="dxa"/>
            </w:tcMar>
            <w:vAlign w:val="center"/>
          </w:tcPr>
          <w:p w14:paraId="316D5EAB" w14:textId="77777777" w:rsidR="007E00EE" w:rsidRPr="00276EA6" w:rsidRDefault="00000000">
            <w:pPr>
              <w:spacing w:line="240" w:lineRule="auto"/>
              <w:jc w:val="center"/>
              <w:rPr>
                <w:szCs w:val="18"/>
                <w:lang w:val="tr-TR"/>
              </w:rPr>
            </w:pPr>
            <w:r w:rsidRPr="00276EA6">
              <w:rPr>
                <w:rFonts w:eastAsia="Arial"/>
                <w:b/>
                <w:color w:val="FFFFFF"/>
                <w:sz w:val="17"/>
                <w:lang w:val="tr-TR"/>
              </w:rPr>
              <w:t>Madde numaraları</w:t>
            </w:r>
          </w:p>
        </w:tc>
        <w:tc>
          <w:tcPr>
            <w:tcW w:w="1123" w:type="dxa"/>
            <w:shd w:val="clear" w:color="auto" w:fill="17365D"/>
            <w:tcMar>
              <w:top w:w="70" w:type="dxa"/>
              <w:left w:w="70" w:type="dxa"/>
              <w:bottom w:w="70" w:type="dxa"/>
              <w:right w:w="70" w:type="dxa"/>
            </w:tcMar>
            <w:vAlign w:val="center"/>
          </w:tcPr>
          <w:p w14:paraId="4BD59432" w14:textId="77777777" w:rsidR="007E00EE" w:rsidRPr="00276EA6" w:rsidRDefault="00000000">
            <w:pPr>
              <w:spacing w:line="240" w:lineRule="auto"/>
              <w:jc w:val="center"/>
              <w:rPr>
                <w:szCs w:val="18"/>
                <w:lang w:val="tr-TR"/>
              </w:rPr>
            </w:pPr>
            <w:r w:rsidRPr="00276EA6">
              <w:rPr>
                <w:rFonts w:eastAsia="Arial"/>
                <w:b/>
                <w:color w:val="FFFFFF"/>
                <w:sz w:val="17"/>
                <w:lang w:val="tr-TR"/>
              </w:rPr>
              <w:t>Madde sayısı</w:t>
            </w:r>
          </w:p>
        </w:tc>
        <w:tc>
          <w:tcPr>
            <w:tcW w:w="1411" w:type="dxa"/>
            <w:shd w:val="clear" w:color="auto" w:fill="17365D"/>
            <w:tcMar>
              <w:top w:w="70" w:type="dxa"/>
              <w:left w:w="70" w:type="dxa"/>
              <w:bottom w:w="70" w:type="dxa"/>
              <w:right w:w="70" w:type="dxa"/>
            </w:tcMar>
            <w:vAlign w:val="center"/>
          </w:tcPr>
          <w:p w14:paraId="5BA32658" w14:textId="53C4BF76" w:rsidR="007E00EE" w:rsidRPr="00276EA6" w:rsidRDefault="00000000">
            <w:pPr>
              <w:spacing w:line="240" w:lineRule="auto"/>
              <w:jc w:val="center"/>
              <w:rPr>
                <w:szCs w:val="18"/>
                <w:lang w:val="tr-TR"/>
              </w:rPr>
            </w:pPr>
            <w:r w:rsidRPr="00276EA6">
              <w:rPr>
                <w:rFonts w:eastAsia="Arial"/>
                <w:b/>
                <w:color w:val="FFFFFF"/>
                <w:sz w:val="17"/>
                <w:lang w:val="tr-TR"/>
              </w:rPr>
              <w:t>Puan aralığı</w:t>
            </w:r>
          </w:p>
        </w:tc>
      </w:tr>
      <w:tr w:rsidR="007E00EE" w:rsidRPr="00276EA6" w14:paraId="2FF9695C" w14:textId="77777777">
        <w:trPr>
          <w:cantSplit/>
          <w:jc w:val="center"/>
        </w:trPr>
        <w:tc>
          <w:tcPr>
            <w:tcW w:w="2600" w:type="dxa"/>
            <w:shd w:val="clear" w:color="auto" w:fill="FFFFFF"/>
            <w:tcMar>
              <w:top w:w="70" w:type="dxa"/>
              <w:left w:w="70" w:type="dxa"/>
              <w:bottom w:w="70" w:type="dxa"/>
              <w:right w:w="70" w:type="dxa"/>
            </w:tcMar>
            <w:vAlign w:val="center"/>
          </w:tcPr>
          <w:p w14:paraId="7633CB99" w14:textId="77777777" w:rsidR="007E00EE" w:rsidRPr="00F60E12" w:rsidRDefault="00000000">
            <w:pPr>
              <w:spacing w:line="240" w:lineRule="auto"/>
              <w:jc w:val="center"/>
              <w:rPr>
                <w:szCs w:val="18"/>
                <w:lang w:val="tr-TR"/>
              </w:rPr>
            </w:pPr>
            <w:r w:rsidRPr="00F60E12">
              <w:rPr>
                <w:rFonts w:eastAsia="Arial"/>
                <w:color w:val="222222"/>
                <w:sz w:val="17"/>
                <w:lang w:val="tr-TR"/>
              </w:rPr>
              <w:t>Dijital ahlaki vicdan</w:t>
            </w:r>
          </w:p>
        </w:tc>
        <w:tc>
          <w:tcPr>
            <w:tcW w:w="2275" w:type="dxa"/>
            <w:shd w:val="clear" w:color="auto" w:fill="FFFFFF"/>
            <w:tcMar>
              <w:top w:w="70" w:type="dxa"/>
              <w:left w:w="70" w:type="dxa"/>
              <w:bottom w:w="70" w:type="dxa"/>
              <w:right w:w="70" w:type="dxa"/>
            </w:tcMar>
            <w:vAlign w:val="center"/>
          </w:tcPr>
          <w:p w14:paraId="3C16AB70" w14:textId="77777777" w:rsidR="007E00EE" w:rsidRPr="00276EA6" w:rsidRDefault="00000000">
            <w:pPr>
              <w:spacing w:line="240" w:lineRule="auto"/>
              <w:jc w:val="center"/>
              <w:rPr>
                <w:szCs w:val="18"/>
                <w:lang w:val="tr-TR"/>
              </w:rPr>
            </w:pPr>
            <w:r w:rsidRPr="00276EA6">
              <w:rPr>
                <w:rFonts w:eastAsia="Arial"/>
                <w:color w:val="222222"/>
                <w:sz w:val="17"/>
                <w:lang w:val="tr-TR"/>
              </w:rPr>
              <w:t>1-12</w:t>
            </w:r>
          </w:p>
        </w:tc>
        <w:tc>
          <w:tcPr>
            <w:tcW w:w="1123" w:type="dxa"/>
            <w:shd w:val="clear" w:color="auto" w:fill="FFFFFF"/>
            <w:tcMar>
              <w:top w:w="70" w:type="dxa"/>
              <w:left w:w="70" w:type="dxa"/>
              <w:bottom w:w="70" w:type="dxa"/>
              <w:right w:w="70" w:type="dxa"/>
            </w:tcMar>
            <w:vAlign w:val="center"/>
          </w:tcPr>
          <w:p w14:paraId="4CBBAF18" w14:textId="77777777" w:rsidR="007E00EE" w:rsidRPr="00276EA6" w:rsidRDefault="00000000">
            <w:pPr>
              <w:spacing w:line="240" w:lineRule="auto"/>
              <w:jc w:val="center"/>
              <w:rPr>
                <w:szCs w:val="18"/>
                <w:lang w:val="tr-TR"/>
              </w:rPr>
            </w:pPr>
            <w:r w:rsidRPr="00276EA6">
              <w:rPr>
                <w:rFonts w:eastAsia="Arial"/>
                <w:color w:val="222222"/>
                <w:sz w:val="17"/>
                <w:lang w:val="tr-TR"/>
              </w:rPr>
              <w:t>12</w:t>
            </w:r>
          </w:p>
        </w:tc>
        <w:tc>
          <w:tcPr>
            <w:tcW w:w="1411" w:type="dxa"/>
            <w:shd w:val="clear" w:color="auto" w:fill="FFFFFF"/>
            <w:tcMar>
              <w:top w:w="70" w:type="dxa"/>
              <w:left w:w="70" w:type="dxa"/>
              <w:bottom w:w="70" w:type="dxa"/>
              <w:right w:w="70" w:type="dxa"/>
            </w:tcMar>
            <w:vAlign w:val="center"/>
          </w:tcPr>
          <w:p w14:paraId="57390987" w14:textId="77777777" w:rsidR="007E00EE" w:rsidRPr="00276EA6" w:rsidRDefault="00000000">
            <w:pPr>
              <w:spacing w:line="240" w:lineRule="auto"/>
              <w:jc w:val="center"/>
              <w:rPr>
                <w:szCs w:val="18"/>
                <w:lang w:val="tr-TR"/>
              </w:rPr>
            </w:pPr>
            <w:r w:rsidRPr="00276EA6">
              <w:rPr>
                <w:rFonts w:eastAsia="Arial"/>
                <w:color w:val="222222"/>
                <w:sz w:val="17"/>
                <w:lang w:val="tr-TR"/>
              </w:rPr>
              <w:t>12-60</w:t>
            </w:r>
          </w:p>
        </w:tc>
      </w:tr>
      <w:tr w:rsidR="007E00EE" w:rsidRPr="00276EA6" w14:paraId="308A7EA5" w14:textId="77777777">
        <w:trPr>
          <w:cantSplit/>
          <w:jc w:val="center"/>
        </w:trPr>
        <w:tc>
          <w:tcPr>
            <w:tcW w:w="2600" w:type="dxa"/>
            <w:shd w:val="clear" w:color="auto" w:fill="F2F5F7"/>
            <w:tcMar>
              <w:top w:w="70" w:type="dxa"/>
              <w:left w:w="70" w:type="dxa"/>
              <w:bottom w:w="70" w:type="dxa"/>
              <w:right w:w="70" w:type="dxa"/>
            </w:tcMar>
            <w:vAlign w:val="center"/>
          </w:tcPr>
          <w:p w14:paraId="0E4BAA25" w14:textId="77777777" w:rsidR="007E00EE" w:rsidRPr="00F60E12" w:rsidRDefault="00000000">
            <w:pPr>
              <w:spacing w:line="240" w:lineRule="auto"/>
              <w:jc w:val="center"/>
              <w:rPr>
                <w:szCs w:val="18"/>
                <w:lang w:val="tr-TR"/>
              </w:rPr>
            </w:pPr>
            <w:r w:rsidRPr="00F60E12">
              <w:rPr>
                <w:rFonts w:eastAsia="Arial"/>
                <w:color w:val="222222"/>
                <w:sz w:val="17"/>
                <w:lang w:val="tr-TR"/>
              </w:rPr>
              <w:t>Dijital mahremiyet ve hak farkındalığı</w:t>
            </w:r>
          </w:p>
        </w:tc>
        <w:tc>
          <w:tcPr>
            <w:tcW w:w="2275" w:type="dxa"/>
            <w:shd w:val="clear" w:color="auto" w:fill="F2F5F7"/>
            <w:tcMar>
              <w:top w:w="70" w:type="dxa"/>
              <w:left w:w="70" w:type="dxa"/>
              <w:bottom w:w="70" w:type="dxa"/>
              <w:right w:w="70" w:type="dxa"/>
            </w:tcMar>
            <w:vAlign w:val="center"/>
          </w:tcPr>
          <w:p w14:paraId="07CAF801" w14:textId="77777777" w:rsidR="007E00EE" w:rsidRPr="00276EA6" w:rsidRDefault="00000000">
            <w:pPr>
              <w:spacing w:line="240" w:lineRule="auto"/>
              <w:jc w:val="center"/>
              <w:rPr>
                <w:szCs w:val="18"/>
                <w:lang w:val="tr-TR"/>
              </w:rPr>
            </w:pPr>
            <w:r w:rsidRPr="00276EA6">
              <w:rPr>
                <w:rFonts w:eastAsia="Arial"/>
                <w:color w:val="222222"/>
                <w:sz w:val="17"/>
                <w:lang w:val="tr-TR"/>
              </w:rPr>
              <w:t>13-16</w:t>
            </w:r>
          </w:p>
        </w:tc>
        <w:tc>
          <w:tcPr>
            <w:tcW w:w="1123" w:type="dxa"/>
            <w:shd w:val="clear" w:color="auto" w:fill="F2F5F7"/>
            <w:tcMar>
              <w:top w:w="70" w:type="dxa"/>
              <w:left w:w="70" w:type="dxa"/>
              <w:bottom w:w="70" w:type="dxa"/>
              <w:right w:w="70" w:type="dxa"/>
            </w:tcMar>
            <w:vAlign w:val="center"/>
          </w:tcPr>
          <w:p w14:paraId="1098F870" w14:textId="77777777" w:rsidR="007E00EE" w:rsidRPr="00276EA6" w:rsidRDefault="00000000">
            <w:pPr>
              <w:spacing w:line="240" w:lineRule="auto"/>
              <w:jc w:val="center"/>
              <w:rPr>
                <w:szCs w:val="18"/>
                <w:lang w:val="tr-TR"/>
              </w:rPr>
            </w:pPr>
            <w:r w:rsidRPr="00276EA6">
              <w:rPr>
                <w:rFonts w:eastAsia="Arial"/>
                <w:color w:val="222222"/>
                <w:sz w:val="17"/>
                <w:lang w:val="tr-TR"/>
              </w:rPr>
              <w:t>4</w:t>
            </w:r>
          </w:p>
        </w:tc>
        <w:tc>
          <w:tcPr>
            <w:tcW w:w="1411" w:type="dxa"/>
            <w:shd w:val="clear" w:color="auto" w:fill="F2F5F7"/>
            <w:tcMar>
              <w:top w:w="70" w:type="dxa"/>
              <w:left w:w="70" w:type="dxa"/>
              <w:bottom w:w="70" w:type="dxa"/>
              <w:right w:w="70" w:type="dxa"/>
            </w:tcMar>
            <w:vAlign w:val="center"/>
          </w:tcPr>
          <w:p w14:paraId="577F8B65" w14:textId="77777777" w:rsidR="007E00EE" w:rsidRPr="00276EA6" w:rsidRDefault="00000000">
            <w:pPr>
              <w:spacing w:line="240" w:lineRule="auto"/>
              <w:jc w:val="center"/>
              <w:rPr>
                <w:szCs w:val="18"/>
                <w:lang w:val="tr-TR"/>
              </w:rPr>
            </w:pPr>
            <w:r w:rsidRPr="00276EA6">
              <w:rPr>
                <w:rFonts w:eastAsia="Arial"/>
                <w:color w:val="222222"/>
                <w:sz w:val="17"/>
                <w:lang w:val="tr-TR"/>
              </w:rPr>
              <w:t>4-20</w:t>
            </w:r>
          </w:p>
        </w:tc>
      </w:tr>
      <w:tr w:rsidR="007E00EE" w:rsidRPr="00276EA6" w14:paraId="106F5C7F" w14:textId="77777777">
        <w:trPr>
          <w:cantSplit/>
          <w:jc w:val="center"/>
        </w:trPr>
        <w:tc>
          <w:tcPr>
            <w:tcW w:w="2600" w:type="dxa"/>
            <w:shd w:val="clear" w:color="auto" w:fill="FFFFFF"/>
            <w:tcMar>
              <w:top w:w="70" w:type="dxa"/>
              <w:left w:w="70" w:type="dxa"/>
              <w:bottom w:w="70" w:type="dxa"/>
              <w:right w:w="70" w:type="dxa"/>
            </w:tcMar>
            <w:vAlign w:val="center"/>
          </w:tcPr>
          <w:p w14:paraId="4C2948B2" w14:textId="656B6FFC" w:rsidR="007E00EE" w:rsidRPr="00276EA6" w:rsidRDefault="00F60E12">
            <w:pPr>
              <w:spacing w:line="240" w:lineRule="auto"/>
              <w:jc w:val="center"/>
              <w:rPr>
                <w:szCs w:val="18"/>
                <w:highlight w:val="yellow"/>
                <w:lang w:val="tr-TR"/>
              </w:rPr>
            </w:pPr>
            <w:r w:rsidRPr="00F60E12">
              <w:rPr>
                <w:rFonts w:eastAsia="Arial"/>
                <w:color w:val="222222"/>
                <w:sz w:val="17"/>
                <w:lang w:val="tr-TR"/>
              </w:rPr>
              <w:t>Dijital zarara duyarlılık</w:t>
            </w:r>
          </w:p>
        </w:tc>
        <w:tc>
          <w:tcPr>
            <w:tcW w:w="2275" w:type="dxa"/>
            <w:shd w:val="clear" w:color="auto" w:fill="FFFFFF"/>
            <w:tcMar>
              <w:top w:w="70" w:type="dxa"/>
              <w:left w:w="70" w:type="dxa"/>
              <w:bottom w:w="70" w:type="dxa"/>
              <w:right w:w="70" w:type="dxa"/>
            </w:tcMar>
            <w:vAlign w:val="center"/>
          </w:tcPr>
          <w:p w14:paraId="66D6BCD0" w14:textId="77777777" w:rsidR="007E00EE" w:rsidRPr="00276EA6" w:rsidRDefault="00000000">
            <w:pPr>
              <w:spacing w:line="240" w:lineRule="auto"/>
              <w:jc w:val="center"/>
              <w:rPr>
                <w:szCs w:val="18"/>
                <w:lang w:val="tr-TR"/>
              </w:rPr>
            </w:pPr>
            <w:r w:rsidRPr="00276EA6">
              <w:rPr>
                <w:rFonts w:eastAsia="Arial"/>
                <w:color w:val="222222"/>
                <w:sz w:val="17"/>
                <w:lang w:val="tr-TR"/>
              </w:rPr>
              <w:t>17-20</w:t>
            </w:r>
          </w:p>
        </w:tc>
        <w:tc>
          <w:tcPr>
            <w:tcW w:w="1123" w:type="dxa"/>
            <w:shd w:val="clear" w:color="auto" w:fill="FFFFFF"/>
            <w:tcMar>
              <w:top w:w="70" w:type="dxa"/>
              <w:left w:w="70" w:type="dxa"/>
              <w:bottom w:w="70" w:type="dxa"/>
              <w:right w:w="70" w:type="dxa"/>
            </w:tcMar>
            <w:vAlign w:val="center"/>
          </w:tcPr>
          <w:p w14:paraId="571663D5" w14:textId="77777777" w:rsidR="007E00EE" w:rsidRPr="00276EA6" w:rsidRDefault="00000000">
            <w:pPr>
              <w:spacing w:line="240" w:lineRule="auto"/>
              <w:jc w:val="center"/>
              <w:rPr>
                <w:szCs w:val="18"/>
                <w:lang w:val="tr-TR"/>
              </w:rPr>
            </w:pPr>
            <w:r w:rsidRPr="00276EA6">
              <w:rPr>
                <w:rFonts w:eastAsia="Arial"/>
                <w:color w:val="222222"/>
                <w:sz w:val="17"/>
                <w:lang w:val="tr-TR"/>
              </w:rPr>
              <w:t>4</w:t>
            </w:r>
          </w:p>
        </w:tc>
        <w:tc>
          <w:tcPr>
            <w:tcW w:w="1411" w:type="dxa"/>
            <w:shd w:val="clear" w:color="auto" w:fill="FFFFFF"/>
            <w:tcMar>
              <w:top w:w="70" w:type="dxa"/>
              <w:left w:w="70" w:type="dxa"/>
              <w:bottom w:w="70" w:type="dxa"/>
              <w:right w:w="70" w:type="dxa"/>
            </w:tcMar>
            <w:vAlign w:val="center"/>
          </w:tcPr>
          <w:p w14:paraId="1100CE47" w14:textId="77777777" w:rsidR="007E00EE" w:rsidRPr="00276EA6" w:rsidRDefault="00000000">
            <w:pPr>
              <w:spacing w:line="240" w:lineRule="auto"/>
              <w:jc w:val="center"/>
              <w:rPr>
                <w:szCs w:val="18"/>
                <w:lang w:val="tr-TR"/>
              </w:rPr>
            </w:pPr>
            <w:r w:rsidRPr="00276EA6">
              <w:rPr>
                <w:rFonts w:eastAsia="Arial"/>
                <w:color w:val="222222"/>
                <w:sz w:val="17"/>
                <w:lang w:val="tr-TR"/>
              </w:rPr>
              <w:t>4-20</w:t>
            </w:r>
          </w:p>
        </w:tc>
      </w:tr>
      <w:tr w:rsidR="007E00EE" w:rsidRPr="00276EA6" w14:paraId="538602AE" w14:textId="77777777">
        <w:trPr>
          <w:cantSplit/>
          <w:jc w:val="center"/>
        </w:trPr>
        <w:tc>
          <w:tcPr>
            <w:tcW w:w="2600" w:type="dxa"/>
            <w:shd w:val="clear" w:color="auto" w:fill="F2F5F7"/>
            <w:tcMar>
              <w:top w:w="70" w:type="dxa"/>
              <w:left w:w="70" w:type="dxa"/>
              <w:bottom w:w="70" w:type="dxa"/>
              <w:right w:w="70" w:type="dxa"/>
            </w:tcMar>
            <w:vAlign w:val="center"/>
          </w:tcPr>
          <w:p w14:paraId="1B3C2990" w14:textId="77777777" w:rsidR="007E00EE" w:rsidRPr="00276EA6" w:rsidRDefault="00000000">
            <w:pPr>
              <w:spacing w:line="240" w:lineRule="auto"/>
              <w:jc w:val="center"/>
              <w:rPr>
                <w:szCs w:val="18"/>
                <w:lang w:val="tr-TR"/>
              </w:rPr>
            </w:pPr>
            <w:r w:rsidRPr="00276EA6">
              <w:rPr>
                <w:rFonts w:eastAsia="Arial"/>
                <w:b/>
                <w:color w:val="222222"/>
                <w:sz w:val="17"/>
                <w:lang w:val="tr-TR"/>
              </w:rPr>
              <w:t>Toplam</w:t>
            </w:r>
          </w:p>
        </w:tc>
        <w:tc>
          <w:tcPr>
            <w:tcW w:w="2275" w:type="dxa"/>
            <w:shd w:val="clear" w:color="auto" w:fill="F2F5F7"/>
            <w:tcMar>
              <w:top w:w="70" w:type="dxa"/>
              <w:left w:w="70" w:type="dxa"/>
              <w:bottom w:w="70" w:type="dxa"/>
              <w:right w:w="70" w:type="dxa"/>
            </w:tcMar>
            <w:vAlign w:val="center"/>
          </w:tcPr>
          <w:p w14:paraId="6E134058" w14:textId="77777777" w:rsidR="007E00EE" w:rsidRPr="00276EA6" w:rsidRDefault="00000000">
            <w:pPr>
              <w:spacing w:line="240" w:lineRule="auto"/>
              <w:jc w:val="center"/>
              <w:rPr>
                <w:szCs w:val="18"/>
                <w:lang w:val="tr-TR"/>
              </w:rPr>
            </w:pPr>
            <w:r w:rsidRPr="00276EA6">
              <w:rPr>
                <w:rFonts w:eastAsia="Arial"/>
                <w:b/>
                <w:color w:val="222222"/>
                <w:sz w:val="17"/>
                <w:lang w:val="tr-TR"/>
              </w:rPr>
              <w:t>1-20</w:t>
            </w:r>
          </w:p>
        </w:tc>
        <w:tc>
          <w:tcPr>
            <w:tcW w:w="1123" w:type="dxa"/>
            <w:shd w:val="clear" w:color="auto" w:fill="F2F5F7"/>
            <w:tcMar>
              <w:top w:w="70" w:type="dxa"/>
              <w:left w:w="70" w:type="dxa"/>
              <w:bottom w:w="70" w:type="dxa"/>
              <w:right w:w="70" w:type="dxa"/>
            </w:tcMar>
            <w:vAlign w:val="center"/>
          </w:tcPr>
          <w:p w14:paraId="7398514C" w14:textId="77777777" w:rsidR="007E00EE" w:rsidRPr="00276EA6" w:rsidRDefault="00000000">
            <w:pPr>
              <w:spacing w:line="240" w:lineRule="auto"/>
              <w:jc w:val="center"/>
              <w:rPr>
                <w:szCs w:val="18"/>
                <w:lang w:val="tr-TR"/>
              </w:rPr>
            </w:pPr>
            <w:r w:rsidRPr="00276EA6">
              <w:rPr>
                <w:rFonts w:eastAsia="Arial"/>
                <w:b/>
                <w:color w:val="222222"/>
                <w:sz w:val="17"/>
                <w:lang w:val="tr-TR"/>
              </w:rPr>
              <w:t>20</w:t>
            </w:r>
          </w:p>
        </w:tc>
        <w:tc>
          <w:tcPr>
            <w:tcW w:w="1411" w:type="dxa"/>
            <w:shd w:val="clear" w:color="auto" w:fill="F2F5F7"/>
            <w:tcMar>
              <w:top w:w="70" w:type="dxa"/>
              <w:left w:w="70" w:type="dxa"/>
              <w:bottom w:w="70" w:type="dxa"/>
              <w:right w:w="70" w:type="dxa"/>
            </w:tcMar>
            <w:vAlign w:val="center"/>
          </w:tcPr>
          <w:p w14:paraId="3573CF04" w14:textId="77777777" w:rsidR="007E00EE" w:rsidRPr="00276EA6" w:rsidRDefault="00000000">
            <w:pPr>
              <w:spacing w:line="240" w:lineRule="auto"/>
              <w:jc w:val="center"/>
              <w:rPr>
                <w:szCs w:val="18"/>
                <w:lang w:val="tr-TR"/>
              </w:rPr>
            </w:pPr>
            <w:r w:rsidRPr="00276EA6">
              <w:rPr>
                <w:rFonts w:eastAsia="Arial"/>
                <w:b/>
                <w:color w:val="222222"/>
                <w:sz w:val="17"/>
                <w:lang w:val="tr-TR"/>
              </w:rPr>
              <w:t>20-100</w:t>
            </w:r>
          </w:p>
        </w:tc>
      </w:tr>
    </w:tbl>
    <w:p w14:paraId="5CDF85EA" w14:textId="77777777" w:rsidR="007E00EE" w:rsidRPr="00276EA6" w:rsidRDefault="007E00EE">
      <w:pPr>
        <w:spacing w:before="60" w:after="80"/>
        <w:rPr>
          <w:b/>
          <w:color w:val="2B7A78"/>
          <w:sz w:val="20"/>
          <w:lang w:val="tr-TR"/>
        </w:rPr>
      </w:pPr>
    </w:p>
    <w:p w14:paraId="2C5B6480" w14:textId="297850B3" w:rsidR="007E00EE" w:rsidRPr="00276EA6" w:rsidRDefault="00000000">
      <w:pPr>
        <w:keepNext/>
        <w:spacing w:before="60" w:after="40"/>
        <w:rPr>
          <w:lang w:val="tr-TR"/>
        </w:rPr>
      </w:pPr>
      <w:r w:rsidRPr="00276EA6">
        <w:rPr>
          <w:rFonts w:eastAsia="Arial"/>
          <w:b/>
          <w:color w:val="000000"/>
          <w:sz w:val="20"/>
          <w:lang w:val="tr-TR"/>
        </w:rPr>
        <w:t>Puanlama</w:t>
      </w:r>
    </w:p>
    <w:p w14:paraId="492B3E5E" w14:textId="6FA39476" w:rsidR="007E00EE" w:rsidRPr="00276EA6" w:rsidRDefault="00000000">
      <w:pPr>
        <w:spacing w:after="40" w:line="259" w:lineRule="auto"/>
        <w:rPr>
          <w:lang w:val="tr-TR"/>
        </w:rPr>
      </w:pPr>
      <w:r w:rsidRPr="00F60E12">
        <w:rPr>
          <w:rFonts w:eastAsia="Arial"/>
          <w:color w:val="222222"/>
          <w:lang w:val="tr-TR"/>
        </w:rPr>
        <w:t>Alt boyut ve toplam puanların yükselmesi, ergenlerin dijital ortamlardaki ahlaki sorumluluk, mahremiyet ve hak farkındalığı ile dijital zarara duyarlılık düzeylerinin yükseldiğine işaret eder. Ters puanlanan madde bulunmamaktadır. Madde toplamları yerine madde ortalamaları da kullanılabilir; kullanılan hesaplama yöntemi araştırma raporunda açıkça belirtilmelidir. Alt boyutların madde sayıları eşit olmadığından, alt boyut düzeyleri karşılaştırılırken madde ortalamalarının kullanılması uygundur.</w:t>
      </w:r>
    </w:p>
    <w:p w14:paraId="3C0643F4" w14:textId="76E37077" w:rsidR="007E00EE" w:rsidRPr="00276EA6" w:rsidRDefault="00000000">
      <w:pPr>
        <w:keepNext/>
        <w:spacing w:before="60" w:after="40" w:line="360" w:lineRule="auto"/>
        <w:ind w:left="369" w:hanging="369"/>
        <w:rPr>
          <w:b/>
          <w:color w:val="2B7A78"/>
          <w:sz w:val="20"/>
          <w:lang w:val="tr-TR"/>
        </w:rPr>
      </w:pPr>
      <w:r w:rsidRPr="00276EA6">
        <w:rPr>
          <w:rFonts w:eastAsia="Arial"/>
          <w:b/>
          <w:color w:val="000000"/>
          <w:sz w:val="20"/>
          <w:lang w:val="tr-TR"/>
        </w:rPr>
        <w:t>Kullanım izni</w:t>
      </w:r>
    </w:p>
    <w:p w14:paraId="17037642" w14:textId="6108C44A" w:rsidR="007E00EE" w:rsidRPr="00276EA6" w:rsidRDefault="00000000">
      <w:pPr>
        <w:spacing w:after="40"/>
        <w:jc w:val="both"/>
        <w:rPr>
          <w:lang w:val="tr-TR"/>
        </w:rPr>
      </w:pPr>
      <w:r w:rsidRPr="00F60E12">
        <w:rPr>
          <w:rFonts w:eastAsia="Arial"/>
          <w:color w:val="222222"/>
          <w:lang w:val="tr-TR"/>
        </w:rPr>
        <w:t>Ölçek bilimsel amaçlarla kullanılırken akademik etik ilkelerine uyulma</w:t>
      </w:r>
      <w:r w:rsidR="00276EA6" w:rsidRPr="00F60E12">
        <w:rPr>
          <w:rFonts w:eastAsia="Arial"/>
          <w:color w:val="222222"/>
          <w:lang w:val="tr-TR"/>
        </w:rPr>
        <w:t>k</w:t>
      </w:r>
      <w:r w:rsidRPr="00F60E12">
        <w:rPr>
          <w:rFonts w:eastAsia="Arial"/>
          <w:color w:val="222222"/>
          <w:lang w:val="tr-TR"/>
        </w:rPr>
        <w:t xml:space="preserve"> ve özgün geliştirme çalışmasına atıf verilme</w:t>
      </w:r>
      <w:r w:rsidR="00276EA6" w:rsidRPr="00F60E12">
        <w:rPr>
          <w:rFonts w:eastAsia="Arial"/>
          <w:color w:val="222222"/>
          <w:lang w:val="tr-TR"/>
        </w:rPr>
        <w:t>k kaydıyla yazarlardan izin alınmadan kullanılabilir.</w:t>
      </w:r>
    </w:p>
    <w:p w14:paraId="380061DD" w14:textId="77777777" w:rsidR="007E00EE" w:rsidRPr="00276EA6" w:rsidRDefault="00000000">
      <w:pPr>
        <w:keepNext/>
        <w:spacing w:before="60" w:after="40"/>
        <w:rPr>
          <w:lang w:val="tr-TR"/>
        </w:rPr>
      </w:pPr>
      <w:r w:rsidRPr="00276EA6">
        <w:rPr>
          <w:rFonts w:eastAsia="Arial"/>
          <w:b/>
          <w:color w:val="000000"/>
          <w:sz w:val="20"/>
          <w:lang w:val="tr-TR"/>
        </w:rPr>
        <w:t>Atıf</w:t>
      </w:r>
    </w:p>
    <w:p w14:paraId="4B34254D" w14:textId="4F96FCA5" w:rsidR="007E00EE" w:rsidRPr="00276EA6" w:rsidRDefault="00000000">
      <w:pPr>
        <w:spacing w:line="259" w:lineRule="auto"/>
        <w:ind w:left="360" w:hanging="360"/>
        <w:rPr>
          <w:szCs w:val="18"/>
          <w:lang w:val="tr-TR"/>
        </w:rPr>
      </w:pPr>
      <w:r w:rsidRPr="00B33817">
        <w:rPr>
          <w:rFonts w:eastAsia="Arial"/>
          <w:color w:val="222222"/>
          <w:lang w:val="tr-TR"/>
        </w:rPr>
        <w:t xml:space="preserve">Bakır, V., Seki, T., Ayata, S., &amp; Dilmaç, B. (2026). </w:t>
      </w:r>
      <w:r w:rsidRPr="00B33817">
        <w:rPr>
          <w:rFonts w:eastAsia="Arial"/>
          <w:color w:val="222222"/>
        </w:rPr>
        <w:t xml:space="preserve">Measuring moral orientations in the digital age: Development and psychometric evaluation of the Digital Conscience Scale among Turkish adolescents. </w:t>
      </w:r>
      <w:r w:rsidRPr="00B33817">
        <w:rPr>
          <w:rFonts w:eastAsia="Arial"/>
          <w:i/>
          <w:color w:val="222222"/>
        </w:rPr>
        <w:t>Child &amp; Youth Care Forum</w:t>
      </w:r>
      <w:r w:rsidRPr="00B33817">
        <w:rPr>
          <w:rFonts w:eastAsia="Arial"/>
          <w:i/>
          <w:color w:val="222222"/>
          <w:lang w:val="tr-TR"/>
        </w:rPr>
        <w:t>.</w:t>
      </w:r>
      <w:r w:rsidR="00AE6693">
        <w:rPr>
          <w:rFonts w:eastAsia="Arial"/>
          <w:i/>
          <w:color w:val="222222"/>
          <w:lang w:val="tr-TR"/>
        </w:rPr>
        <w:t xml:space="preserve"> </w:t>
      </w:r>
      <w:r w:rsidR="00AE6693" w:rsidRPr="00AE6693">
        <w:rPr>
          <w:rFonts w:eastAsia="Arial"/>
          <w:iCs/>
          <w:color w:val="222222"/>
        </w:rPr>
        <w:t>Advance online publication</w:t>
      </w:r>
      <w:r w:rsidR="00AE6693">
        <w:rPr>
          <w:rFonts w:eastAsia="Arial"/>
          <w:iCs/>
          <w:color w:val="222222"/>
        </w:rPr>
        <w:t>.</w:t>
      </w:r>
      <w:r w:rsidRPr="00276EA6">
        <w:rPr>
          <w:rFonts w:eastAsia="Arial"/>
          <w:i/>
          <w:color w:val="222222"/>
          <w:lang w:val="tr-TR"/>
        </w:rPr>
        <w:t xml:space="preserve"> </w:t>
      </w:r>
      <w:hyperlink r:id="rId8">
        <w:r w:rsidR="007E00EE" w:rsidRPr="00276EA6">
          <w:rPr>
            <w:color w:val="0000FF"/>
            <w:u w:val="single"/>
            <w:lang w:val="tr-TR"/>
          </w:rPr>
          <w:t>https://doi.org/10.1007/s10566-026-09977-6</w:t>
        </w:r>
      </w:hyperlink>
    </w:p>
    <w:p w14:paraId="2A3100F2" w14:textId="77777777" w:rsidR="007E00EE" w:rsidRPr="00276EA6" w:rsidRDefault="007E00EE">
      <w:pPr>
        <w:ind w:left="369" w:hanging="369"/>
        <w:rPr>
          <w:color w:val="222222"/>
          <w:szCs w:val="18"/>
          <w:lang w:val="tr-TR"/>
        </w:rPr>
      </w:pPr>
    </w:p>
    <w:p w14:paraId="2A87E200" w14:textId="66E5D9E7" w:rsidR="007E00EE" w:rsidRPr="00276EA6" w:rsidRDefault="007E00EE">
      <w:pPr>
        <w:ind w:left="369" w:hanging="369"/>
        <w:rPr>
          <w:szCs w:val="18"/>
          <w:lang w:val="tr-TR"/>
        </w:rPr>
      </w:pPr>
    </w:p>
    <w:p w14:paraId="42D8EF7C" w14:textId="77777777" w:rsidR="007E00EE" w:rsidRPr="00276EA6" w:rsidRDefault="007E00EE">
      <w:pPr>
        <w:ind w:left="369" w:hanging="369"/>
        <w:rPr>
          <w:szCs w:val="18"/>
          <w:lang w:val="tr-TR"/>
        </w:rPr>
      </w:pPr>
    </w:p>
    <w:p w14:paraId="1C27A562" w14:textId="77777777" w:rsidR="007E00EE" w:rsidRPr="00276EA6" w:rsidRDefault="007E00EE">
      <w:pPr>
        <w:jc w:val="both"/>
        <w:rPr>
          <w:lang w:val="tr-TR"/>
        </w:rPr>
      </w:pPr>
    </w:p>
    <w:sectPr w:rsidR="007E00EE" w:rsidRPr="00276EA6">
      <w:footerReference w:type="default" r:id="rId9"/>
      <w:pgSz w:w="11905" w:h="16838"/>
      <w:pgMar w:top="510" w:right="680" w:bottom="51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14FA3" w14:textId="77777777" w:rsidR="002F353F" w:rsidRDefault="002F353F">
      <w:pPr>
        <w:spacing w:line="240" w:lineRule="auto"/>
      </w:pPr>
      <w:r>
        <w:separator/>
      </w:r>
    </w:p>
  </w:endnote>
  <w:endnote w:type="continuationSeparator" w:id="0">
    <w:p w14:paraId="72759FAC" w14:textId="77777777" w:rsidR="002F353F" w:rsidRDefault="002F35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02B7D" w14:textId="2BC52EED" w:rsidR="007E00EE" w:rsidRPr="00F60E12" w:rsidRDefault="00000000">
    <w:pPr>
      <w:pStyle w:val="AltBilgi"/>
      <w:rPr>
        <w:lang w:val="tr-TR"/>
      </w:rPr>
    </w:pPr>
    <w:r w:rsidRPr="00F60E12">
      <w:rPr>
        <w:rFonts w:eastAsia="Arial"/>
        <w:color w:val="6F7F8F"/>
        <w:sz w:val="16"/>
        <w:lang w:val="tr-TR"/>
      </w:rPr>
      <w:t>Dijital Vicdan Ölçeği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E10F5" w14:textId="77777777" w:rsidR="002F353F" w:rsidRDefault="002F353F">
      <w:pPr>
        <w:spacing w:line="240" w:lineRule="auto"/>
      </w:pPr>
      <w:r>
        <w:separator/>
      </w:r>
    </w:p>
  </w:footnote>
  <w:footnote w:type="continuationSeparator" w:id="0">
    <w:p w14:paraId="66C9460D" w14:textId="77777777" w:rsidR="002F353F" w:rsidRDefault="002F353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966740300">
    <w:abstractNumId w:val="8"/>
  </w:num>
  <w:num w:numId="2" w16cid:durableId="1752576718">
    <w:abstractNumId w:val="6"/>
  </w:num>
  <w:num w:numId="3" w16cid:durableId="1911964747">
    <w:abstractNumId w:val="5"/>
  </w:num>
  <w:num w:numId="4" w16cid:durableId="188035030">
    <w:abstractNumId w:val="4"/>
  </w:num>
  <w:num w:numId="5" w16cid:durableId="712584965">
    <w:abstractNumId w:val="7"/>
  </w:num>
  <w:num w:numId="6" w16cid:durableId="1303467843">
    <w:abstractNumId w:val="3"/>
  </w:num>
  <w:num w:numId="7" w16cid:durableId="1988585580">
    <w:abstractNumId w:val="2"/>
  </w:num>
  <w:num w:numId="8" w16cid:durableId="487602065">
    <w:abstractNumId w:val="1"/>
  </w:num>
  <w:num w:numId="9" w16cid:durableId="622423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C77"/>
    <w:rsid w:val="00024AF5"/>
    <w:rsid w:val="0002533E"/>
    <w:rsid w:val="00034616"/>
    <w:rsid w:val="0006063C"/>
    <w:rsid w:val="00095861"/>
    <w:rsid w:val="000B030D"/>
    <w:rsid w:val="0015074B"/>
    <w:rsid w:val="00155433"/>
    <w:rsid w:val="001633C5"/>
    <w:rsid w:val="00192A9B"/>
    <w:rsid w:val="001D496E"/>
    <w:rsid w:val="001E2D4F"/>
    <w:rsid w:val="00276EA6"/>
    <w:rsid w:val="0029639D"/>
    <w:rsid w:val="002F353F"/>
    <w:rsid w:val="00306B37"/>
    <w:rsid w:val="00326F90"/>
    <w:rsid w:val="00331814"/>
    <w:rsid w:val="00526CCA"/>
    <w:rsid w:val="00553265"/>
    <w:rsid w:val="006371F1"/>
    <w:rsid w:val="006B0947"/>
    <w:rsid w:val="007E00EE"/>
    <w:rsid w:val="00850538"/>
    <w:rsid w:val="009065B0"/>
    <w:rsid w:val="00A95B79"/>
    <w:rsid w:val="00AA1D8D"/>
    <w:rsid w:val="00AE6693"/>
    <w:rsid w:val="00B308D6"/>
    <w:rsid w:val="00B33817"/>
    <w:rsid w:val="00B44656"/>
    <w:rsid w:val="00B47730"/>
    <w:rsid w:val="00CB0664"/>
    <w:rsid w:val="00CF685A"/>
    <w:rsid w:val="00D64E42"/>
    <w:rsid w:val="00DE5B86"/>
    <w:rsid w:val="00DF363D"/>
    <w:rsid w:val="00E0558F"/>
    <w:rsid w:val="00E617CD"/>
    <w:rsid w:val="00F60E12"/>
    <w:rsid w:val="00FA7C94"/>
    <w:rsid w:val="00FC693F"/>
    <w:rsid w:val="00FD63C8"/>
    <w:rsid w:val="00FE024B"/>
    <w:rsid w:val="00FF5A74"/>
    <w:rsid w:val="00FF7F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A5412E"/>
  <w14:defaultImageDpi w14:val="300"/>
  <w15:docId w15:val="{A75CF45B-4AB8-4063-ADD4-01E500187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A9B"/>
    <w:pPr>
      <w:spacing w:after="0"/>
    </w:pPr>
    <w:rPr>
      <w:rFonts w:ascii="Arial" w:hAnsi="Arial"/>
      <w:sz w:val="18"/>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192A9B"/>
    <w:rPr>
      <w:color w:val="0000FF" w:themeColor="hyperlink"/>
      <w:u w:val="single"/>
    </w:rPr>
  </w:style>
  <w:style w:type="character" w:styleId="zmlenmeyenBahsetme">
    <w:name w:val="Unresolved Mention"/>
    <w:basedOn w:val="VarsaylanParagrafYazTipi"/>
    <w:uiPriority w:val="99"/>
    <w:semiHidden/>
    <w:unhideWhenUsed/>
    <w:rsid w:val="00192A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566-026-09977-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559</Words>
  <Characters>3191</Characters>
  <Application>Microsoft Office Word</Application>
  <DocSecurity>0</DocSecurity>
  <Lines>26</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Yükseköğretimde Öğrenci İyi Oluş Ölçeği – Türkçe Form</vt:lpstr>
      <vt:lpstr/>
    </vt:vector>
  </TitlesOfParts>
  <Manager/>
  <Company/>
  <LinksUpToDate>false</LinksUpToDate>
  <CharactersWithSpaces>3743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Dijital Vicdan Ölçeği Kullanım Yönergesi</dc:title>
  <dc:subject>Uygulama, puanlama ve kullanım bilgileri</dc:subject>
  <dc:creator/>
  <cp:keywords>öğrenci iyi oluşu, yükseköğretim, ölçek</cp:keywords>
  <dc:description/>
  <cp:lastModifiedBy>TOLGA SEKİ</cp:lastModifiedBy>
  <cp:revision>18</cp:revision>
  <dcterms:created xsi:type="dcterms:W3CDTF">2013-12-23T23:15:00Z</dcterms:created>
  <dcterms:modified xsi:type="dcterms:W3CDTF">2026-09-29T11:50:00Z</dcterms:modified>
  <cp:category/>
</cp:coreProperties>
</file>