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32DB634" w14:textId="77777777" w:rsidR="00716AF8" w:rsidRDefault="00716AF8">
      <w:pPr>
        <w:spacing w:after="40"/>
      </w:pPr>
    </w:p>
    <w:p w14:paraId="4A17338C" w14:textId="77777777" w:rsidR="00716AF8" w:rsidRDefault="00716AF8">
      <w:pPr>
        <w:spacing w:after="40"/>
      </w:pPr>
    </w:p>
    <w:p w14:paraId="3A35BAA6" w14:textId="05CF2416" w:rsidR="00716AF8" w:rsidRDefault="00716AF8" w:rsidP="00716AF8">
      <w:pPr>
        <w:spacing w:after="40"/>
        <w:rPr>
          <w:b/>
          <w:sz w:val="16"/>
        </w:rPr>
      </w:pPr>
      <w:r>
        <w:t xml:space="preserve">    </w:t>
      </w:r>
      <w:proofErr w:type="spellStart"/>
      <w:r w:rsidR="00000000">
        <w:t>Aşağıdaki</w:t>
      </w:r>
      <w:proofErr w:type="spellEnd"/>
      <w:r w:rsidR="00000000">
        <w:t xml:space="preserve"> </w:t>
      </w:r>
      <w:proofErr w:type="spellStart"/>
      <w:r w:rsidR="00000000">
        <w:t>ifadelerin</w:t>
      </w:r>
      <w:proofErr w:type="spellEnd"/>
      <w:r w:rsidR="00000000">
        <w:t xml:space="preserve"> her </w:t>
      </w:r>
      <w:proofErr w:type="spellStart"/>
      <w:r w:rsidR="00000000">
        <w:t>biri</w:t>
      </w:r>
      <w:proofErr w:type="spellEnd"/>
      <w:r w:rsidR="00000000">
        <w:t xml:space="preserve"> </w:t>
      </w:r>
      <w:proofErr w:type="spellStart"/>
      <w:r w:rsidR="00000000">
        <w:t>için</w:t>
      </w:r>
      <w:proofErr w:type="spellEnd"/>
      <w:r w:rsidR="00000000">
        <w:t xml:space="preserve">, size en uygun seçeneği </w:t>
      </w:r>
      <w:proofErr w:type="spellStart"/>
      <w:r w:rsidR="00000000">
        <w:t>işaretleyiniz</w:t>
      </w:r>
      <w:proofErr w:type="spellEnd"/>
      <w:r w:rsidR="00000000">
        <w:t>.</w:t>
      </w:r>
    </w:p>
    <w:p w14:paraId="3637555D" w14:textId="77777777" w:rsidR="00716AF8" w:rsidRDefault="00716AF8">
      <w:pPr>
        <w:spacing w:after="60"/>
        <w:jc w:val="center"/>
        <w:rPr>
          <w:b/>
          <w:sz w:val="16"/>
        </w:rPr>
      </w:pPr>
    </w:p>
    <w:p w14:paraId="6BF159E4" w14:textId="3A464E51" w:rsidR="00A62734" w:rsidRDefault="00000000">
      <w:pPr>
        <w:spacing w:after="60"/>
        <w:jc w:val="center"/>
      </w:pPr>
      <w:r>
        <w:rPr>
          <w:b/>
          <w:sz w:val="16"/>
        </w:rPr>
        <w:t xml:space="preserve">1 = </w:t>
      </w:r>
      <w:proofErr w:type="spellStart"/>
      <w:r>
        <w:rPr>
          <w:b/>
          <w:sz w:val="16"/>
        </w:rPr>
        <w:t>Kesinlikle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Katılmıyorum</w:t>
      </w:r>
      <w:proofErr w:type="spellEnd"/>
      <w:r>
        <w:rPr>
          <w:b/>
          <w:sz w:val="16"/>
        </w:rPr>
        <w:t xml:space="preserve">    |    2 = Katılmıyorum    |    3 = Ne Katılıyorum Ne Katılmıyorum    |    4 = Katılıyorum    |    5 = Kesinlikle Katılıyorum</w:t>
      </w:r>
    </w:p>
    <w:tbl>
      <w:tblPr>
        <w:tblStyle w:val="TabloKlavuzu"/>
        <w:tblW w:w="10493" w:type="dxa"/>
        <w:jc w:val="center"/>
        <w:tblLayout w:type="fixed"/>
        <w:tblLook w:val="04A0" w:firstRow="1" w:lastRow="0" w:firstColumn="1" w:lastColumn="0" w:noHBand="0" w:noVBand="1"/>
      </w:tblPr>
      <w:tblGrid>
        <w:gridCol w:w="8008"/>
        <w:gridCol w:w="497"/>
        <w:gridCol w:w="497"/>
        <w:gridCol w:w="497"/>
        <w:gridCol w:w="497"/>
        <w:gridCol w:w="497"/>
      </w:tblGrid>
      <w:tr w:rsidR="00A62734" w14:paraId="09D188BA" w14:textId="77777777" w:rsidTr="00716AF8">
        <w:trPr>
          <w:tblHeader/>
          <w:jc w:val="center"/>
        </w:trPr>
        <w:tc>
          <w:tcPr>
            <w:tcW w:w="8008" w:type="dxa"/>
            <w:shd w:val="clear" w:color="auto" w:fill="D9E2F3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25126A27" w14:textId="77777777" w:rsidR="00A62734" w:rsidRDefault="00000000">
            <w:r>
              <w:rPr>
                <w:b/>
                <w:sz w:val="17"/>
              </w:rPr>
              <w:t>İfadeler</w:t>
            </w:r>
          </w:p>
        </w:tc>
        <w:tc>
          <w:tcPr>
            <w:tcW w:w="497" w:type="dxa"/>
            <w:shd w:val="clear" w:color="auto" w:fill="D9E2F3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4E7F2A6A" w14:textId="77777777" w:rsidR="00A62734" w:rsidRDefault="00000000">
            <w:pPr>
              <w:jc w:val="center"/>
            </w:pPr>
            <w:r>
              <w:rPr>
                <w:b/>
                <w:sz w:val="17"/>
              </w:rPr>
              <w:t>1</w:t>
            </w:r>
          </w:p>
        </w:tc>
        <w:tc>
          <w:tcPr>
            <w:tcW w:w="497" w:type="dxa"/>
            <w:shd w:val="clear" w:color="auto" w:fill="D9E2F3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7F8B12F3" w14:textId="77777777" w:rsidR="00A62734" w:rsidRDefault="00000000">
            <w:pPr>
              <w:jc w:val="center"/>
            </w:pPr>
            <w:r>
              <w:rPr>
                <w:b/>
                <w:sz w:val="17"/>
              </w:rPr>
              <w:t>2</w:t>
            </w:r>
          </w:p>
        </w:tc>
        <w:tc>
          <w:tcPr>
            <w:tcW w:w="497" w:type="dxa"/>
            <w:shd w:val="clear" w:color="auto" w:fill="D9E2F3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1562EA71" w14:textId="77777777" w:rsidR="00A62734" w:rsidRDefault="00000000">
            <w:pPr>
              <w:jc w:val="center"/>
            </w:pPr>
            <w:r>
              <w:rPr>
                <w:b/>
                <w:sz w:val="17"/>
              </w:rPr>
              <w:t>3</w:t>
            </w:r>
          </w:p>
        </w:tc>
        <w:tc>
          <w:tcPr>
            <w:tcW w:w="497" w:type="dxa"/>
            <w:shd w:val="clear" w:color="auto" w:fill="D9E2F3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EC8B5C3" w14:textId="77777777" w:rsidR="00A62734" w:rsidRDefault="00000000">
            <w:pPr>
              <w:jc w:val="center"/>
            </w:pPr>
            <w:r>
              <w:rPr>
                <w:b/>
                <w:sz w:val="17"/>
              </w:rPr>
              <w:t>4</w:t>
            </w:r>
          </w:p>
        </w:tc>
        <w:tc>
          <w:tcPr>
            <w:tcW w:w="497" w:type="dxa"/>
            <w:shd w:val="clear" w:color="auto" w:fill="D9E2F3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44F1C2F8" w14:textId="77777777" w:rsidR="00A62734" w:rsidRDefault="00000000">
            <w:pPr>
              <w:jc w:val="center"/>
            </w:pPr>
            <w:r>
              <w:rPr>
                <w:b/>
                <w:sz w:val="17"/>
              </w:rPr>
              <w:t>5</w:t>
            </w:r>
          </w:p>
        </w:tc>
      </w:tr>
      <w:tr w:rsidR="00A62734" w14:paraId="454D87F0" w14:textId="77777777" w:rsidTr="00716AF8">
        <w:trPr>
          <w:jc w:val="center"/>
        </w:trPr>
        <w:tc>
          <w:tcPr>
            <w:tcW w:w="8008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4676F8E0" w14:textId="77777777" w:rsidR="00A62734" w:rsidRDefault="00000000">
            <w:r>
              <w:rPr>
                <w:sz w:val="17"/>
              </w:rPr>
              <w:t>Kariyer yaptığım alanda lider olmayı umuyorum.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5D3670C8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C918678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45E06CF4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4DC0B1CB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74719AD3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</w:tr>
      <w:tr w:rsidR="00A62734" w14:paraId="15374286" w14:textId="77777777" w:rsidTr="00716AF8">
        <w:trPr>
          <w:jc w:val="center"/>
        </w:trPr>
        <w:tc>
          <w:tcPr>
            <w:tcW w:w="8008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4A64E29F" w14:textId="77777777" w:rsidR="00A62734" w:rsidRDefault="00000000">
            <w:r>
              <w:rPr>
                <w:sz w:val="17"/>
              </w:rPr>
              <w:t>Kariyerimde istediğim noktaya geldiğimde diğer çalışanları yönetmek isterim.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1B56BED6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9E3DFBF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60B9194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4DCC9E2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539CB41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</w:tr>
      <w:tr w:rsidR="00A62734" w14:paraId="7ADE635F" w14:textId="77777777" w:rsidTr="00716AF8">
        <w:trPr>
          <w:jc w:val="center"/>
        </w:trPr>
        <w:tc>
          <w:tcPr>
            <w:tcW w:w="8008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3FFD438" w14:textId="77777777" w:rsidR="00A62734" w:rsidRDefault="00000000">
            <w:r>
              <w:rPr>
                <w:sz w:val="17"/>
              </w:rPr>
              <w:t>Kariyerimde istediğim noktaya geldiğimde başkalarını eğitmeyi isterim.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87D0B0A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401D35EE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3BAAC740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21AAA949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2B2D107D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</w:tr>
      <w:tr w:rsidR="00A62734" w14:paraId="63515B4D" w14:textId="77777777" w:rsidTr="00716AF8">
        <w:trPr>
          <w:jc w:val="center"/>
        </w:trPr>
        <w:tc>
          <w:tcPr>
            <w:tcW w:w="8008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40973D28" w14:textId="77777777" w:rsidR="00A62734" w:rsidRDefault="00000000">
            <w:r>
              <w:rPr>
                <w:sz w:val="17"/>
              </w:rPr>
              <w:t>Çalıştığım herhangi bir kurum ya da işte yükselmeyi umuyorum.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511F4F0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1CEE40A7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7B33199C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726A78CB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79A8FF26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</w:tr>
      <w:tr w:rsidR="00A62734" w14:paraId="34CB8876" w14:textId="77777777" w:rsidTr="00716AF8">
        <w:trPr>
          <w:jc w:val="center"/>
        </w:trPr>
        <w:tc>
          <w:tcPr>
            <w:tcW w:w="8008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4328749C" w14:textId="77777777" w:rsidR="00A62734" w:rsidRDefault="00000000">
            <w:r>
              <w:rPr>
                <w:sz w:val="17"/>
              </w:rPr>
              <w:t>(Daha yüksek) bir liderlik pozisyonu elde etmek isterim.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20E6422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7D242F8F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70417E87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1BA00272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48A9D90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</w:tr>
      <w:tr w:rsidR="00A62734" w14:paraId="060B05D9" w14:textId="77777777" w:rsidTr="00716AF8">
        <w:trPr>
          <w:jc w:val="center"/>
        </w:trPr>
        <w:tc>
          <w:tcPr>
            <w:tcW w:w="8008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7F3EE6F6" w14:textId="77777777" w:rsidR="00A62734" w:rsidRDefault="00000000">
            <w:r>
              <w:rPr>
                <w:sz w:val="17"/>
              </w:rPr>
              <w:t>Departmanımda/kurumumda daha fazla sorumluluk ve etkiye sahip olan bir pozisyonda olmayı isterim.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2B2F723D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563E6633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32E39CC7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102477F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2F7DBEBC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</w:tr>
      <w:tr w:rsidR="00A62734" w14:paraId="5393131B" w14:textId="77777777" w:rsidTr="00716AF8">
        <w:trPr>
          <w:jc w:val="center"/>
        </w:trPr>
        <w:tc>
          <w:tcPr>
            <w:tcW w:w="8008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FEBF73F" w14:textId="77777777" w:rsidR="00A62734" w:rsidRDefault="00000000">
            <w:r>
              <w:rPr>
                <w:sz w:val="17"/>
              </w:rPr>
              <w:t>Mesleki tanınma ve başarıya ilişkin arzularım çok yüksektir.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4A792C8A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25AE7F54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32578126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2025B28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F6FEAE5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</w:tr>
      <w:tr w:rsidR="00A62734" w14:paraId="66FF208F" w14:textId="77777777" w:rsidTr="00716AF8">
        <w:trPr>
          <w:jc w:val="center"/>
        </w:trPr>
        <w:tc>
          <w:tcPr>
            <w:tcW w:w="8008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4C50CA53" w14:textId="77777777" w:rsidR="00A62734" w:rsidRDefault="00000000">
            <w:r>
              <w:rPr>
                <w:sz w:val="17"/>
              </w:rPr>
              <w:t>İş performansım hakkında geri bildirim istedim.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526EB1FC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7BAEF699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2373490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1AE817DC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54E81875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</w:tr>
      <w:tr w:rsidR="00A62734" w14:paraId="20138F3F" w14:textId="77777777" w:rsidTr="00716AF8">
        <w:trPr>
          <w:jc w:val="center"/>
        </w:trPr>
        <w:tc>
          <w:tcPr>
            <w:tcW w:w="8008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49108E8" w14:textId="77777777" w:rsidR="00A62734" w:rsidRDefault="00000000">
            <w:r>
              <w:rPr>
                <w:sz w:val="17"/>
              </w:rPr>
              <w:t>Kariyer beklentilerimi departmanımda/kurumumda daha deneyimli birisiyle görüştüm.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2B0F88E5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E038027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37580C2B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47D7A9B5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379667A9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</w:tr>
      <w:tr w:rsidR="00A62734" w14:paraId="159F97DB" w14:textId="77777777" w:rsidTr="00716AF8">
        <w:trPr>
          <w:jc w:val="center"/>
        </w:trPr>
        <w:tc>
          <w:tcPr>
            <w:tcW w:w="8008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296B16FD" w14:textId="77777777" w:rsidR="00A62734" w:rsidRDefault="00000000">
            <w:r>
              <w:rPr>
                <w:sz w:val="17"/>
              </w:rPr>
              <w:t>Her daim kariyer planlamamla ilgilendim.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C5DBD1B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32C7C72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5CAEC767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382497C8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EDFAA92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</w:tr>
      <w:tr w:rsidR="00A62734" w14:paraId="5A31A734" w14:textId="77777777" w:rsidTr="00716AF8">
        <w:trPr>
          <w:jc w:val="center"/>
        </w:trPr>
        <w:tc>
          <w:tcPr>
            <w:tcW w:w="8008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269166EE" w14:textId="77777777" w:rsidR="00A62734" w:rsidRDefault="00000000">
            <w:r>
              <w:rPr>
                <w:sz w:val="17"/>
              </w:rPr>
              <w:t>Terfi için daha rekabetçi olabilmek adına yeteneklerimi güncelledim.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33267F0B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6E4A6E1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CE2F66E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5A14BAFE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85684CD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</w:tr>
      <w:tr w:rsidR="00A62734" w14:paraId="38574B28" w14:textId="77777777" w:rsidTr="00716AF8">
        <w:trPr>
          <w:jc w:val="center"/>
        </w:trPr>
        <w:tc>
          <w:tcPr>
            <w:tcW w:w="8008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3DE863F6" w14:textId="77777777" w:rsidR="00A62734" w:rsidRDefault="00000000">
            <w:r>
              <w:rPr>
                <w:sz w:val="17"/>
              </w:rPr>
              <w:t>Kariyerimle ilgili isteklerimi/arzularımı departmanımdaki/kurumumdaki kıdemli bir kişiyle görüştüm.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174FA7B1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5E0E42D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7F9E78FF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7D94C8FE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4FEFA9F0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</w:tr>
      <w:tr w:rsidR="00A62734" w14:paraId="3488414C" w14:textId="77777777" w:rsidTr="00716AF8">
        <w:trPr>
          <w:jc w:val="center"/>
        </w:trPr>
        <w:tc>
          <w:tcPr>
            <w:tcW w:w="8008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7EB17C0" w14:textId="77777777" w:rsidR="00A62734" w:rsidRDefault="00000000">
            <w:r>
              <w:rPr>
                <w:sz w:val="17"/>
              </w:rPr>
              <w:t>Günlük işlerim dışında kalan komiteler ve çalışma grubu gibi faaliyetler için gönüllü oldum.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0FAC889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FEC1AEC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FD17978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522DD11A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42BBAA7C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</w:tr>
      <w:tr w:rsidR="00A62734" w14:paraId="331B2B30" w14:textId="77777777" w:rsidTr="00716AF8">
        <w:trPr>
          <w:jc w:val="center"/>
        </w:trPr>
        <w:tc>
          <w:tcPr>
            <w:tcW w:w="8008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A3DC9D0" w14:textId="77777777" w:rsidR="00A62734" w:rsidRDefault="00000000">
            <w:r>
              <w:rPr>
                <w:sz w:val="17"/>
              </w:rPr>
              <w:t>İlerleme olanaklarımı artırmaya yardımcı olması niyetiyle önemli görevler için gönüllü oldum.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5F741C28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4692472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50A7CAD5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501D27AB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987A03E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</w:tr>
      <w:tr w:rsidR="00A62734" w14:paraId="043285E0" w14:textId="77777777" w:rsidTr="00716AF8">
        <w:trPr>
          <w:jc w:val="center"/>
        </w:trPr>
        <w:tc>
          <w:tcPr>
            <w:tcW w:w="8008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3454A0E9" w14:textId="77777777" w:rsidR="00A62734" w:rsidRDefault="00000000">
            <w:r>
              <w:rPr>
                <w:sz w:val="17"/>
              </w:rPr>
              <w:t>Terfiler için dikkate alınmayı talep ettim.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2DADE7A2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039BF54B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111DDDA5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41CCBA8A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  <w:tc>
          <w:tcPr>
            <w:tcW w:w="497" w:type="dxa"/>
            <w:tcMar>
              <w:top w:w="25" w:type="dxa"/>
              <w:left w:w="45" w:type="dxa"/>
              <w:bottom w:w="25" w:type="dxa"/>
              <w:right w:w="45" w:type="dxa"/>
            </w:tcMar>
            <w:vAlign w:val="center"/>
          </w:tcPr>
          <w:p w14:paraId="661D116E" w14:textId="77777777" w:rsidR="00A62734" w:rsidRDefault="00000000">
            <w:pPr>
              <w:jc w:val="center"/>
            </w:pPr>
            <w:r>
              <w:rPr>
                <w:rFonts w:ascii="DejaVu Sans" w:hAnsi="DejaVu Sans"/>
                <w:sz w:val="21"/>
              </w:rPr>
              <w:t>☐</w:t>
            </w:r>
          </w:p>
        </w:tc>
      </w:tr>
    </w:tbl>
    <w:p w14:paraId="21469ED8" w14:textId="449D3E4B" w:rsidR="00A62734" w:rsidRDefault="00A62734">
      <w:pPr>
        <w:spacing w:before="40" w:after="0"/>
      </w:pPr>
    </w:p>
    <w:sectPr w:rsidR="00A62734" w:rsidSect="00716AF8">
      <w:pgSz w:w="11906" w:h="16838"/>
      <w:pgMar w:top="567" w:right="454" w:bottom="567" w:left="4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Verdana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15433158">
    <w:abstractNumId w:val="8"/>
  </w:num>
  <w:num w:numId="2" w16cid:durableId="1553226884">
    <w:abstractNumId w:val="6"/>
  </w:num>
  <w:num w:numId="3" w16cid:durableId="1165315975">
    <w:abstractNumId w:val="5"/>
  </w:num>
  <w:num w:numId="4" w16cid:durableId="144442316">
    <w:abstractNumId w:val="4"/>
  </w:num>
  <w:num w:numId="5" w16cid:durableId="109979021">
    <w:abstractNumId w:val="7"/>
  </w:num>
  <w:num w:numId="6" w16cid:durableId="1861819026">
    <w:abstractNumId w:val="3"/>
  </w:num>
  <w:num w:numId="7" w16cid:durableId="195586813">
    <w:abstractNumId w:val="2"/>
  </w:num>
  <w:num w:numId="8" w16cid:durableId="298338817">
    <w:abstractNumId w:val="1"/>
  </w:num>
  <w:num w:numId="9" w16cid:durableId="189657558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16AF8"/>
    <w:rsid w:val="00766C60"/>
    <w:rsid w:val="00A62734"/>
    <w:rsid w:val="00AA1D8D"/>
    <w:rsid w:val="00B47730"/>
    <w:rsid w:val="00CB0664"/>
    <w:rsid w:val="00F5697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E44FF4"/>
  <w14:defaultImageDpi w14:val="300"/>
  <w15:docId w15:val="{4408CA21-E2AD-CB4A-835B-07E41FB59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NKL</cp:lastModifiedBy>
  <cp:revision>2</cp:revision>
  <dcterms:created xsi:type="dcterms:W3CDTF">2026-09-07T20:32:00Z</dcterms:created>
  <dcterms:modified xsi:type="dcterms:W3CDTF">2026-09-07T20:32:00Z</dcterms:modified>
  <cp:category/>
</cp:coreProperties>
</file>